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0A561" w14:textId="77777777" w:rsidR="00F42441" w:rsidRDefault="00000000">
      <w:pPr>
        <w:spacing w:after="60"/>
        <w:jc w:val="center"/>
      </w:pPr>
      <w:r>
        <w:rPr>
          <w:b/>
          <w:sz w:val="28"/>
        </w:rPr>
        <w:t>USULAN PROPOSAL TUGAS AKHIR</w:t>
      </w:r>
    </w:p>
    <w:p w14:paraId="5895605D" w14:textId="77777777" w:rsidR="00F42441" w:rsidRDefault="00000000">
      <w:pPr>
        <w:spacing w:after="400"/>
        <w:jc w:val="center"/>
      </w:pPr>
      <w:r>
        <w:rPr>
          <w:b/>
          <w:sz w:val="28"/>
        </w:rPr>
        <w:t>TAHUN AKADEMIK [20XX/20XX]</w:t>
      </w:r>
    </w:p>
    <w:p w14:paraId="759EBFCD" w14:textId="77777777" w:rsidR="00F42441" w:rsidRDefault="00000000">
      <w:pPr>
        <w:spacing w:after="500"/>
        <w:jc w:val="center"/>
        <w:rPr>
          <w:b/>
          <w:sz w:val="28"/>
        </w:rPr>
      </w:pPr>
      <w:r>
        <w:rPr>
          <w:b/>
          <w:sz w:val="28"/>
        </w:rPr>
        <w:t>“[JUDUL PROPOSAL TUGAS AKHIR]”</w:t>
      </w:r>
    </w:p>
    <w:p w14:paraId="7565CD64" w14:textId="77777777" w:rsidR="00574C92" w:rsidRDefault="00574C92">
      <w:pPr>
        <w:spacing w:after="500"/>
        <w:jc w:val="center"/>
      </w:pPr>
    </w:p>
    <w:p w14:paraId="66310A84" w14:textId="77777777" w:rsidR="00F42441" w:rsidRDefault="00000000">
      <w:pPr>
        <w:spacing w:after="500"/>
        <w:jc w:val="center"/>
      </w:pPr>
      <w:r>
        <w:rPr>
          <w:noProof/>
        </w:rPr>
        <w:drawing>
          <wp:inline distT="0" distB="0" distL="0" distR="0" wp14:anchorId="235F8BC5" wp14:editId="2381C9E1">
            <wp:extent cx="1800000" cy="180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5F365" w14:textId="77777777" w:rsidR="00574C92" w:rsidRDefault="00574C92">
      <w:pPr>
        <w:spacing w:after="160"/>
        <w:jc w:val="center"/>
        <w:rPr>
          <w:b/>
        </w:rPr>
      </w:pPr>
    </w:p>
    <w:p w14:paraId="026D4B4A" w14:textId="5D856379" w:rsidR="00F42441" w:rsidRDefault="00000000">
      <w:pPr>
        <w:spacing w:after="160"/>
        <w:jc w:val="center"/>
      </w:pPr>
      <w:r>
        <w:rPr>
          <w:b/>
        </w:rPr>
        <w:t>Disusun Oleh :</w:t>
      </w:r>
    </w:p>
    <w:p w14:paraId="35EE077C" w14:textId="77777777" w:rsidR="00F42441" w:rsidRDefault="00000000">
      <w:pPr>
        <w:spacing w:after="80"/>
        <w:jc w:val="center"/>
      </w:pPr>
      <w:r>
        <w:rPr>
          <w:b/>
        </w:rPr>
        <w:t>[NAMA MAHASISWA]</w:t>
      </w:r>
    </w:p>
    <w:p w14:paraId="07A20355" w14:textId="77777777" w:rsidR="00F42441" w:rsidRDefault="00000000">
      <w:pPr>
        <w:spacing w:after="700"/>
        <w:jc w:val="center"/>
      </w:pPr>
      <w:r>
        <w:rPr>
          <w:b/>
        </w:rPr>
        <w:t>[NIM]</w:t>
      </w:r>
    </w:p>
    <w:p w14:paraId="6E681A2B" w14:textId="77777777" w:rsidR="00574C92" w:rsidRDefault="00574C92">
      <w:pPr>
        <w:spacing w:after="60"/>
        <w:jc w:val="center"/>
        <w:rPr>
          <w:b/>
        </w:rPr>
      </w:pPr>
    </w:p>
    <w:p w14:paraId="6D6691D8" w14:textId="53974CBF" w:rsidR="00F42441" w:rsidRDefault="00000000">
      <w:pPr>
        <w:spacing w:after="60"/>
        <w:jc w:val="center"/>
      </w:pPr>
      <w:r>
        <w:rPr>
          <w:b/>
        </w:rPr>
        <w:t>PROGRAM STUDI TEKNIK INFORMATIKA</w:t>
      </w:r>
    </w:p>
    <w:p w14:paraId="12F5EDA1" w14:textId="77777777" w:rsidR="00F42441" w:rsidRDefault="00000000">
      <w:pPr>
        <w:spacing w:after="60"/>
        <w:jc w:val="center"/>
      </w:pPr>
      <w:r>
        <w:rPr>
          <w:b/>
        </w:rPr>
        <w:t>FAKULTAS TEKNIK</w:t>
      </w:r>
    </w:p>
    <w:p w14:paraId="7FA9EB2A" w14:textId="77777777" w:rsidR="00F42441" w:rsidRDefault="00000000">
      <w:pPr>
        <w:spacing w:after="60"/>
        <w:jc w:val="center"/>
      </w:pPr>
      <w:r>
        <w:rPr>
          <w:b/>
        </w:rPr>
        <w:t>UNIVERSITAS MAARIF HASYIM LATIF</w:t>
      </w:r>
    </w:p>
    <w:p w14:paraId="34AF9482" w14:textId="77777777" w:rsidR="00F42441" w:rsidRDefault="00000000">
      <w:pPr>
        <w:spacing w:after="60"/>
        <w:jc w:val="center"/>
      </w:pPr>
      <w:r>
        <w:rPr>
          <w:b/>
        </w:rPr>
        <w:t>SIDOARJO</w:t>
      </w:r>
    </w:p>
    <w:p w14:paraId="4EE10895" w14:textId="77777777" w:rsidR="00F42441" w:rsidRDefault="00000000">
      <w:pPr>
        <w:spacing w:after="60"/>
        <w:jc w:val="center"/>
      </w:pPr>
      <w:r>
        <w:rPr>
          <w:b/>
        </w:rPr>
        <w:t>[TAHUN]</w:t>
      </w:r>
    </w:p>
    <w:p w14:paraId="2A130F4D" w14:textId="77777777" w:rsidR="00F42441" w:rsidRDefault="00F42441">
      <w:pPr>
        <w:sectPr w:rsidR="00F42441">
          <w:footerReference w:type="default" r:id="rId9"/>
          <w:pgSz w:w="11906" w:h="16838"/>
          <w:pgMar w:top="2268" w:right="1701" w:bottom="1701" w:left="2268" w:header="709" w:footer="709" w:gutter="0"/>
          <w:pgNumType w:fmt="lowerRoman" w:start="1"/>
          <w:cols w:space="720"/>
          <w:docGrid w:linePitch="360"/>
        </w:sectPr>
      </w:pPr>
    </w:p>
    <w:p>
      <w:pPr>
        <w:pStyle w:val="Heading1"/>
        <w:spacing w:after="60" w:line="360" w:lineRule="auto"/>
      </w:pPr>
      <w:r>
        <w:t>LEMBAR PENGESAHAN USULAN PROPOSAL TUGAS AKHIR</w:t>
      </w:r>
    </w:p>
    <w:p>
      <w:pPr>
        <w:spacing w:after="200"/>
        <w:jc w:val="center"/>
      </w:pPr>
      <w:r>
        <w:rPr>
          <w:b/>
          <w:sz w:val="28"/>
        </w:rPr>
        <w:t>TAHUN AKADEMIK [20XX/20XX]</w:t>
      </w:r>
    </w:p>
    <w:p>
      <w:pPr>
        <w:spacing w:after="160"/>
        <w:jc w:val="center"/>
      </w:pPr>
      <w:r>
        <w:rPr>
          <w:b/>
        </w:rPr>
        <w:t>“[JUDUL PROPOSAL TUGAS AKHIR]”</w:t>
      </w:r>
    </w:p>
    <w:p>
      <w:pPr>
        <w:spacing w:after="100"/>
        <w:jc w:val="center"/>
      </w:pPr>
      <w:r>
        <w:t>Oleh :</w:t>
      </w:r>
    </w:p>
    <w:p>
      <w:pPr>
        <w:spacing w:after="60"/>
        <w:jc w:val="center"/>
      </w:pPr>
      <w:r>
        <w:rPr>
          <w:b/>
        </w:rPr>
        <w:t>[NAMA MAHASISWA]</w:t>
      </w:r>
    </w:p>
    <w:p>
      <w:pPr>
        <w:spacing w:after="160"/>
        <w:jc w:val="center"/>
      </w:pPr>
      <w:r>
        <w:t>[NIM]</w:t>
      </w:r>
    </w:p>
    <w:p>
      <w:pPr>
        <w:jc w:val="center"/>
      </w:pPr>
      <w:r>
        <w:t>Usulan Proposal Tugas Akhir ini diajukan untuk</w:t>
      </w:r>
    </w:p>
    <w:p>
      <w:pPr>
        <w:spacing w:after="100"/>
        <w:jc w:val="center"/>
      </w:pPr>
      <w:r>
        <w:t>dilanjutkan sebagai Tugas Akhir</w:t>
      </w:r>
    </w:p>
    <w:p>
      <w:pPr>
        <w:jc w:val="center"/>
      </w:pPr>
      <w:r>
        <w:t>di</w:t>
      </w:r>
    </w:p>
    <w:p>
      <w:pPr>
        <w:jc w:val="center"/>
      </w:pPr>
      <w:r>
        <w:t>Program Studi Teknik Informatika</w:t>
      </w:r>
    </w:p>
    <w:p>
      <w:pPr>
        <w:jc w:val="center"/>
      </w:pPr>
      <w:r>
        <w:t>Fakultas Teknik</w:t>
      </w:r>
    </w:p>
    <w:p>
      <w:pPr>
        <w:jc w:val="center"/>
      </w:pPr>
      <w:r>
        <w:t>Universitas Maarif Hasyim Latif</w:t>
      </w:r>
    </w:p>
    <w:p>
      <w:pPr>
        <w:spacing w:after="200"/>
        <w:jc w:val="center"/>
      </w:pPr>
      <w:r>
        <w:t>Sidoarjo</w:t>
      </w:r>
    </w:p>
    <w:p>
      <w:pPr>
        <w:spacing w:after="200"/>
        <w:jc w:val="center"/>
      </w:pPr>
      <w:r>
        <w:rPr>
          <w:b/>
        </w:rPr>
        <w:t xml:space="preserve">Disetujui Oleh :</w:t>
      </w:r>
    </w:p>
    <w:p>
      <w:pPr>
        <w:tabs>
          <w:tab w:pos="4820" w:val="left"/>
        </w:tabs>
        <w:jc w:val="left"/>
      </w:pPr>
      <w:r>
        <w:rPr/>
        <w:t xml:space="preserve">Dosen Penguji 1 :</w:t>
        <w:tab/>
        <w:t xml:space="preserve">Dosen Pembimbing :</w:t>
      </w:r>
    </w:p>
    <w:p>
      <w:pPr>
        <w:tabs>
          <w:tab w:pos="4820" w:val="left"/>
        </w:tabs>
        <w:jc w:val="left"/>
      </w:pPr>
      <w:r>
        <w:rPr/>
        <w:tab/>
      </w:r>
    </w:p>
    <w:p>
      <w:pPr>
        <w:tabs>
          <w:tab w:pos="4820" w:val="left"/>
        </w:tabs>
        <w:jc w:val="left"/>
      </w:pPr>
      <w:r>
        <w:rPr/>
        <w:tab/>
      </w:r>
    </w:p>
    <w:p>
      <w:pPr>
        <w:tabs>
          <w:tab w:pos="4820" w:val="left"/>
        </w:tabs>
        <w:jc w:val="left"/>
      </w:pPr>
      <w:r>
        <w:rPr/>
        <w:t xml:space="preserve">[Nama Dosen Penguji 1]</w:t>
        <w:tab/>
        <w:t xml:space="preserve">[Nama Dosen Pembimbing]</w:t>
      </w:r>
    </w:p>
    <w:p>
      <w:pPr>
        <w:tabs>
          <w:tab w:pos="4820" w:val="left"/>
        </w:tabs>
        <w:jc w:val="left"/>
      </w:pPr>
      <w:r>
        <w:rPr/>
        <w:t xml:space="preserve">NIDN. ………………</w:t>
        <w:tab/>
        <w:t xml:space="preserve">NIDN. ………………</w:t>
      </w:r>
    </w:p>
    <w:p>
      <w:pPr>
        <w:tabs>
          <w:tab w:pos="4820" w:val="left"/>
        </w:tabs>
        <w:spacing w:before="240"/>
        <w:jc w:val="left"/>
      </w:pPr>
      <w:r>
        <w:rPr/>
        <w:t xml:space="preserve">Dosen Penguji 2 :</w:t>
        <w:tab/>
      </w:r>
    </w:p>
    <w:p>
      <w:pPr>
        <w:tabs>
          <w:tab w:pos="4820" w:val="left"/>
        </w:tabs>
        <w:jc w:val="left"/>
      </w:pPr>
      <w:r>
        <w:rPr/>
        <w:tab/>
      </w:r>
    </w:p>
    <w:p>
      <w:pPr>
        <w:tabs>
          <w:tab w:pos="4820" w:val="left"/>
        </w:tabs>
        <w:jc w:val="left"/>
      </w:pPr>
      <w:r>
        <w:rPr/>
        <w:tab/>
      </w:r>
    </w:p>
    <w:p>
      <w:pPr>
        <w:tabs>
          <w:tab w:pos="4820" w:val="left"/>
        </w:tabs>
        <w:jc w:val="left"/>
      </w:pPr>
      <w:r>
        <w:rPr/>
        <w:t xml:space="preserve">[Nama Dosen Penguji 2]</w:t>
        <w:tab/>
      </w:r>
    </w:p>
    <w:p>
      <w:pPr>
        <w:tabs>
          <w:tab w:pos="4820" w:val="left"/>
        </w:tabs>
        <w:jc w:val="left"/>
      </w:pPr>
      <w:r>
        <w:rPr/>
        <w:t xml:space="preserve">NIDN. ………………</w:t>
        <w:tab/>
      </w:r>
    </w:p>
    <w:p>
      <w:pPr>
        <w:pStyle w:val="Heading1"/>
        <w:pageBreakBefore/>
        <w:spacing w:after="240" w:line="360" w:lineRule="auto"/>
      </w:pPr>
      <w:r>
        <w:t>DAFTAR ISI</w:t>
      </w:r>
    </w:p>
    <w:p>
      <w:pPr>
        <w:spacing w:line="360" w:lineRule="auto"/>
      </w:pPr>
      <w:r>
        <w:fldChar w:fldCharType="begin"/>
      </w:r>
      <w:r>
        <w:instrText xml:space="preserve"> TOC \o "1-3" \h \z \u </w:instrText>
      </w:r>
      <w:r>
        <w:fldChar w:fldCharType="separate"/>
      </w:r>
      <w:r>
        <w:t>[Klik kanan di sini → Update Field untuk membangkitkan daftar ini.]</w:t>
      </w:r>
      <w:r>
        <w:fldChar w:fldCharType="end"/>
      </w:r>
    </w:p>
    <w:p>
      <w:pPr>
        <w:pStyle w:val="Heading1"/>
        <w:pageBreakBefore/>
        <w:spacing w:after="240" w:line="360" w:lineRule="auto"/>
      </w:pPr>
      <w:r>
        <w:t>DAFTAR GAMBAR</w:t>
      </w:r>
    </w:p>
    <w:p>
      <w:pPr>
        <w:spacing w:line="360" w:lineRule="auto"/>
      </w:pPr>
      <w:r>
        <w:fldChar w:fldCharType="begin"/>
      </w:r>
      <w:r>
        <w:instrText xml:space="preserve"> TOC \h \z \t "Caption;1" </w:instrText>
      </w:r>
      <w:r>
        <w:fldChar w:fldCharType="separate"/>
      </w:r>
      <w:r>
        <w:t>[Klik kanan di sini → Update Field untuk membangkitkan daftar ini.]</w:t>
      </w:r>
      <w:r>
        <w:fldChar w:fldCharType="end"/>
      </w:r>
    </w:p>
    <w:p>
      <w:pPr>
        <w:pStyle w:val="Heading1"/>
        <w:pageBreakBefore/>
        <w:spacing w:after="240" w:line="360" w:lineRule="auto"/>
      </w:pPr>
      <w:r>
        <w:t>DAFTAR TABEL</w:t>
      </w:r>
    </w:p>
    <w:p>
      <w:pPr>
        <w:spacing w:line="360" w:lineRule="auto"/>
      </w:pPr>
      <w:r>
        <w:fldChar w:fldCharType="begin"/>
      </w:r>
      <w:r>
        <w:instrText xml:space="preserve"> TOC \h \z \t "Judul Tabel;1" </w:instrText>
      </w:r>
      <w:r>
        <w:fldChar w:fldCharType="separate"/>
      </w:r>
      <w:r>
        <w:t>[Klik kanan di sini → Update Field untuk membangkitkan daftar ini.]</w:t>
      </w:r>
      <w:r>
        <w:fldChar w:fldCharType="end"/>
      </w:r>
    </w:p>
    <w:p>
      <w:pPr>
        <w:sectPr>
          <w:footerReference w:type="default" r:id="rId12"/>
          <w:pgSz w:w="11906" w:h="16838"/>
          <w:pgMar w:top="2268" w:right="1701" w:bottom="1701" w:left="2268" w:header="709" w:footer="709" w:gutter="0"/>
          <w:pgNumType w:fmt="lowerRoman"/>
          <w:cols w:space="720"/>
          <w:docGrid w:linePitch="360"/>
        </w:sectPr>
      </w:pPr>
    </w:p>
    <w:p>
      <w:pPr>
        <w:pStyle w:val="Heading1"/>
        <w:spacing w:after="240"/>
      </w:pPr>
      <w:r>
        <w:t>BAB I</w:t>
      </w:r>
      <w:r>
        <w:br/>
        <w:t>PENDAHULUAN</w:t>
      </w:r>
    </w:p>
    <w:p>
      <w:pPr>
        <w:pStyle w:val="Heading2"/>
      </w:pPr>
      <w:r>
        <w:t>1.1 Latar Belakang</w:t>
      </w:r>
    </w:p>
    <w:p>
      <w:pPr>
        <w:pStyle w:val="TeksIsi"/>
      </w:pPr>
      <w:r>
        <w:rPr>
          <w:i/>
        </w:rPr>
        <w:t>[Jelaskan latar belakang masalah secara sistematis: kondisi saat ini, masalah yang ditemukan, alasan pentingnya penelitian, pendekatan/teknologi yang digunakan, dan alasan penelitian perlu dilakukan. Gunakan referensi yang relevan dan kutip dengan gaya APA, mis. (Nama, Tahun).]</w:t>
      </w:r>
    </w:p>
    <w:p>
      <w:pPr>
        <w:pStyle w:val="Heading2"/>
      </w:pPr>
      <w:r>
        <w:t>1.2 Tujuan Penelitian</w:t>
      </w:r>
    </w:p>
    <w:p>
      <w:pPr>
        <w:pStyle w:val="TeksIsi"/>
      </w:pPr>
      <w:r>
        <w:rPr>
          <w:i/>
        </w:rPr>
        <w:t>[Tuliskan tujuan penelitian secara spesifik, terukur, dan selaras dengan permasalahan penelitian.]</w:t>
      </w:r>
    </w:p>
    <w:p>
      <w:pPr>
        <w:pStyle w:val="TeksIsi"/>
      </w:pPr>
      <w:r>
        <w:rPr>
          <w:i/>
        </w:rPr>
        <w:t>1. [Tujuan penelitian ke-1]</w:t>
      </w:r>
    </w:p>
    <w:p>
      <w:pPr>
        <w:pStyle w:val="TeksIsi"/>
      </w:pPr>
      <w:r>
        <w:rPr>
          <w:i/>
        </w:rPr>
        <w:t>2. [Tujuan penelitian ke-2]</w:t>
      </w:r>
    </w:p>
    <w:p>
      <w:pPr>
        <w:pStyle w:val="Heading2"/>
      </w:pPr>
      <w:r>
        <w:t>1.3 Rumusan Masalah</w:t>
      </w:r>
    </w:p>
    <w:p>
      <w:pPr>
        <w:pStyle w:val="TeksIsi"/>
      </w:pPr>
      <w:r>
        <w:rPr>
          <w:i/>
        </w:rPr>
        <w:t>[Tuliskan rumusan/permasalahan penelitian dalam bentuk pertanyaan atau pernyataan yang jelas.]</w:t>
      </w:r>
    </w:p>
    <w:p>
      <w:pPr>
        <w:pStyle w:val="Heading2"/>
      </w:pPr>
      <w:r>
        <w:t>1.4 Batasan Masalah</w:t>
      </w:r>
    </w:p>
    <w:p>
      <w:pPr>
        <w:pStyle w:val="TeksIsi"/>
      </w:pPr>
      <w:r>
        <w:rPr>
          <w:i/>
        </w:rPr>
        <w:t>[Tuliskan ruang lingkup dan batasan penelitian agar pembahasan tetap terarah.]</w:t>
      </w:r>
    </w:p>
    <w:p>
      <w:pPr>
        <w:pStyle w:val="TeksIsi"/>
      </w:pPr>
      <w:r>
        <w:rPr>
          <w:i/>
        </w:rPr>
        <w:t>1. [Batasan masalah ke-1]</w:t>
      </w:r>
    </w:p>
    <w:p>
      <w:pPr>
        <w:pStyle w:val="TeksIsi"/>
      </w:pPr>
      <w:r>
        <w:rPr>
          <w:i/>
        </w:rPr>
        <w:t>2. [Batasan masalah ke-2]</w:t>
      </w:r>
    </w:p>
    <w:p>
      <w:pPr>
        <w:pStyle w:val="Heading2"/>
      </w:pPr>
      <w:r>
        <w:t>1.5 Manfaat Penelitian</w:t>
      </w:r>
    </w:p>
    <w:p>
      <w:pPr>
        <w:pStyle w:val="TeksIsi"/>
      </w:pPr>
      <w:r>
        <w:rPr>
          <w:i/>
        </w:rPr>
        <w:t>[Jelaskan manfaat penelitian bagi pengguna, institusi, pengembangan ilmu, maupun pihak terkait.]</w:t>
      </w:r>
    </w:p>
    <w:p>
      <w:pPr>
        <w:pStyle w:val="Heading2"/>
      </w:pPr>
      <w:r>
        <w:t>1.6 Sistematika Penulisan</w:t>
      </w:r>
    </w:p>
    <w:p>
      <w:pPr>
        <w:pStyle w:val="TeksIsi"/>
      </w:pPr>
      <w:r>
        <w:rPr>
          <w:i/>
        </w:rPr>
        <w:t>[Jelaskan sistematika penulisan proposal Tugas Akhir. Proposal disusun dalam tiga bab.]</w:t>
      </w:r>
    </w:p>
    <w:p>
      <w:pPr>
        <w:pStyle w:val="TeksIsi"/>
        <w:ind w:firstLine="0"/>
      </w:pPr>
      <w:r>
        <w:t>BAB I : Pendahuluan</w:t>
      </w:r>
    </w:p>
    <w:p>
      <w:pPr>
        <w:pStyle w:val="TeksIsi"/>
      </w:pPr>
      <w:r>
        <w:rPr>
          <w:i/>
        </w:rPr>
        <w:t>[Bab ini memuat latar belakang, tujuan, rumusan masalah, batasan masalah, manfaat, dan sistematika penulisan.]</w:t>
      </w:r>
    </w:p>
    <w:p>
      <w:pPr>
        <w:pStyle w:val="TeksIsi"/>
        <w:ind w:firstLine="0"/>
      </w:pPr>
      <w:r>
        <w:t>BAB II : Tinjauan Pustaka</w:t>
      </w:r>
    </w:p>
    <w:p>
      <w:pPr>
        <w:pStyle w:val="TeksIsi"/>
      </w:pPr>
      <w:r>
        <w:rPr>
          <w:i/>
        </w:rPr>
        <w:t>[Bab ini memuat dasar teori dan kajian literatur yang melandasi penelitian.]</w:t>
      </w:r>
    </w:p>
    <w:p>
      <w:pPr>
        <w:pStyle w:val="TeksIsi"/>
        <w:ind w:firstLine="0"/>
      </w:pPr>
      <w:r>
        <w:t>BAB III : Rancangan Sistem</w:t>
      </w:r>
    </w:p>
    <w:p>
      <w:pPr>
        <w:pStyle w:val="TeksIsi"/>
      </w:pPr>
      <w:r>
        <w:rPr>
          <w:i/>
        </w:rPr>
        <w:t>[Bab ini memuat lokasi penelitian, alat dan bahan, metode pengumpulan data, dan tahap pengembangan sistem.]</w:t>
      </w:r>
    </w:p>
    <w:p>
      <w:pPr>
        <w:sectPr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2268" w:right="1701" w:bottom="1701" w:left="2268" w:header="709" w:footer="709" w:gutter="0"/>
          <w:pgNumType w:start="1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BAB II</w:t>
      </w:r>
      <w:r>
        <w:br/>
        <w:t>TINJAUAN PUSTAKA</w:t>
      </w:r>
    </w:p>
    <w:p>
      <w:pPr>
        <w:pStyle w:val="Heading2"/>
      </w:pPr>
      <w:r>
        <w:t>2.1 Dasar Teori</w:t>
      </w:r>
    </w:p>
    <w:p>
      <w:pPr>
        <w:pStyle w:val="Heading3"/>
      </w:pPr>
      <w:r>
        <w:t>2.1.1 [Teori/Konsep Utama 1]</w:t>
      </w:r>
    </w:p>
    <w:p>
      <w:pPr>
        <w:pStyle w:val="TeksIsi"/>
      </w:pPr>
      <w:r>
        <w:rPr>
          <w:i/>
        </w:rPr>
        <w:t>[Tuliskan landasan teori yang relevan dan didukung sumber pustaka. Jelaskan definisi, konsep, karakteristik, fungsi, serta keterkaitannya dengan penelitian.]</w:t>
      </w:r>
    </w:p>
    <w:p>
      <w:pPr>
        <w:pStyle w:val="Heading3"/>
      </w:pPr>
      <w:r>
        <w:t>2.1.2 [Teori/Konsep Utama 2]</w:t>
      </w:r>
    </w:p>
    <w:p>
      <w:pPr>
        <w:pStyle w:val="TeksIsi"/>
      </w:pPr>
      <w:r>
        <w:rPr>
          <w:i/>
        </w:rPr>
        <w:t>[Tuliskan landasan teori yang relevan dan didukung sumber pustaka. Jelaskan definisi, konsep, karakteristik, fungsi, serta keterkaitannya dengan penelitian.]</w:t>
      </w:r>
    </w:p>
    <w:p>
      <w:pPr>
        <w:pStyle w:val="Heading3"/>
      </w:pPr>
      <w:r>
        <w:t>2.1.3 [Teknologi/Metode/Tools yang Digunakan]</w:t>
      </w:r>
    </w:p>
    <w:p>
      <w:pPr>
        <w:pStyle w:val="TeksIsi"/>
      </w:pPr>
      <w:r>
        <w:rPr>
          <w:i/>
        </w:rPr>
        <w:t>[Tuliskan landasan teori yang relevan dan didukung sumber pustaka. Jelaskan definisi, konsep, karakteristik, fungsi, serta keterkaitannya dengan penelitian.]</w:t>
      </w:r>
    </w:p>
    <w:p>
      <w:pPr>
        <w:pStyle w:val="Heading3"/>
      </w:pPr>
      <w:r>
        <w:t>2.1.4 [Konsep/Domain Penelitian]</w:t>
      </w:r>
    </w:p>
    <w:p>
      <w:pPr>
        <w:pStyle w:val="TeksIsi"/>
      </w:pPr>
      <w:r>
        <w:rPr>
          <w:i/>
        </w:rPr>
        <w:t>[Tuliskan landasan teori yang relevan dan didukung sumber pustaka. Jelaskan definisi, konsep, karakteristik, fungsi, serta keterkaitannya dengan penelitian.]</w:t>
      </w:r>
    </w:p>
    <w:p>
      <w:pPr>
        <w:pStyle w:val="Heading2"/>
      </w:pPr>
      <w:r>
        <w:t>2.2 Kajian Literatur</w:t>
      </w:r>
    </w:p>
    <w:p>
      <w:pPr>
        <w:pStyle w:val="TeksIsi"/>
      </w:pPr>
      <w:r>
        <w:rPr>
          <w:i/>
        </w:rPr>
        <w:t>[Ringkas penelitian terdahulu yang relevan. Untuk setiap penelitian, tuliskan penulis/tahun, judul, tujuan, metode, hasil utama, serta perbedaan/kebaruan penelitian ini. Rujuk tabel berikut dalam narasi.]</w:t>
      </w:r>
    </w:p>
    <w:p>
      <w:pPr>
        <w:pStyle w:val="JudulTabel"/>
      </w:pPr>
      <w:r>
        <w:t>Tabel 2.1 [Ringkasan Penelitian Terdahulu]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1323"/>
        <w:gridCol w:w="1323"/>
        <w:gridCol w:w="1323"/>
        <w:gridCol w:w="1323"/>
        <w:gridCol w:w="1323"/>
        <w:gridCol w:w="1323"/>
      </w:tblGrid>
      <w:tr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No.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Peneliti/Tahun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Judul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Metode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Hasil Utama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Perbedaan/Kebaruan</w:t>
            </w:r>
          </w:p>
        </w:tc>
      </w:tr>
      <w:tr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</w:tr>
      <w:tr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</w:tr>
      <w:tr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</w:tr>
    </w:tbl>
    <w:p>
      <w:pPr>
        <w:sectPr>
          <w:pgSz w:w="11906" w:h="16838"/>
          <w:pgMar w:top="2268" w:right="1701" w:bottom="1701" w:left="2268" w:header="709" w:footer="709" w:gutter="0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BAB III</w:t>
      </w:r>
      <w:r>
        <w:br/>
        <w:t>RANCANGAN SISTEM</w:t>
      </w:r>
    </w:p>
    <w:p>
      <w:pPr>
        <w:pStyle w:val="Heading2"/>
      </w:pPr>
      <w:r>
        <w:t>3.1 Lokasi Penelitian</w:t>
      </w:r>
    </w:p>
    <w:p>
      <w:pPr>
        <w:pStyle w:val="TeksIsi"/>
      </w:pPr>
      <w:r>
        <w:rPr>
          <w:i/>
        </w:rPr>
        <w:t>[Tuliskan lokasi penelitian, alamat, objek penelitian, dan waktu pelaksanaan penelitian.]</w:t>
      </w:r>
    </w:p>
    <w:p>
      <w:pPr>
        <w:pStyle w:val="Heading2"/>
      </w:pPr>
      <w:r>
        <w:t>3.2 Alat dan Bahan</w:t>
      </w:r>
    </w:p>
    <w:p>
      <w:pPr>
        <w:pStyle w:val="Heading3"/>
      </w:pPr>
      <w:r>
        <w:t>3.2.1 Alat</w:t>
      </w:r>
    </w:p>
    <w:p>
      <w:pPr>
        <w:pStyle w:val="TeksIsi"/>
      </w:pPr>
      <w:r>
        <w:rPr>
          <w:i/>
        </w:rPr>
        <w:t>[Tuliskan perangkat keras dan perangkat lunak yang digunakan.]</w:t>
      </w:r>
    </w:p>
    <w:p>
      <w:pPr>
        <w:pStyle w:val="TeksIsi"/>
      </w:pPr>
      <w:r>
        <w:rPr>
          <w:i/>
        </w:rPr>
        <w:t>a) [Nama alat/perangkat 1]</w:t>
      </w:r>
    </w:p>
    <w:p>
      <w:pPr>
        <w:pStyle w:val="TeksIsi"/>
      </w:pPr>
      <w:r>
        <w:rPr>
          <w:i/>
        </w:rPr>
        <w:t>b) [Nama alat/perangkat 2]</w:t>
      </w:r>
    </w:p>
    <w:p>
      <w:pPr>
        <w:pStyle w:val="Heading3"/>
      </w:pPr>
      <w:r>
        <w:t>3.2.2 Bahan</w:t>
      </w:r>
    </w:p>
    <w:p>
      <w:pPr>
        <w:pStyle w:val="TeksIsi"/>
      </w:pPr>
      <w:r>
        <w:rPr>
          <w:i/>
        </w:rPr>
        <w:t>[Tuliskan bahan/data/referensi yang diperlukan dalam penelitian.]</w:t>
      </w:r>
    </w:p>
    <w:p>
      <w:pPr>
        <w:pStyle w:val="TeksIsi"/>
      </w:pPr>
      <w:r>
        <w:rPr>
          <w:i/>
        </w:rPr>
        <w:t>a) [Bahan/data 1]</w:t>
      </w:r>
    </w:p>
    <w:p>
      <w:pPr>
        <w:pStyle w:val="TeksIsi"/>
      </w:pPr>
      <w:r>
        <w:rPr>
          <w:i/>
        </w:rPr>
        <w:t>b) [Bahan/data 2]</w:t>
      </w:r>
    </w:p>
    <w:p>
      <w:pPr>
        <w:pStyle w:val="Heading2"/>
      </w:pPr>
      <w:r>
        <w:t>3.3 Metode Pengumpulan Data</w:t>
      </w:r>
    </w:p>
    <w:p>
      <w:pPr>
        <w:pStyle w:val="TeksIsi"/>
      </w:pPr>
      <w:r>
        <w:rPr>
          <w:i/>
        </w:rPr>
        <w:t>[Jelaskan metode pengumpulan data yang digunakan (mis. studi literatur, observasi, kuesioner) dan alasan pemilihannya.]</w:t>
      </w:r>
    </w:p>
    <w:p>
      <w:pPr>
        <w:pStyle w:val="Heading2"/>
      </w:pPr>
      <w:r>
        <w:t>3.4 Tahap Pembuatan/Pengembangan Sistem</w:t>
      </w:r>
    </w:p>
    <w:p>
      <w:pPr>
        <w:pStyle w:val="TeksIsi"/>
      </w:pPr>
      <w:r>
        <w:rPr>
          <w:i/>
        </w:rPr>
        <w:t>[Jelaskan tahapan pengembangan sistem secara berurutan, misalnya analisis kebutuhan, perancangan, implementasi, pengujian, dan evaluasi.]</w:t>
      </w:r>
    </w:p>
    <w:p>
      <w:pPr>
        <w:pStyle w:val="Heading3"/>
      </w:pPr>
      <w:r>
        <w:t>3.4.1 Use Case</w:t>
      </w:r>
    </w:p>
    <w:p>
      <w:pPr>
        <w:pStyle w:val="TeksIsi"/>
      </w:pPr>
      <w:r>
        <w:rPr>
          <w:i/>
        </w:rPr>
        <w:t>[Jelaskan aktor dan kebutuhan fungsional sistem. Sisipkan gambar berikut dan rujuk dalam narasi.]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7937"/>
      </w:tblGrid>
      <w:tr>
        <w:tc>
          <w:tcPr>
            <w:tcW w:type="dxa" w:w="7937"/>
          </w:tcPr>
          <w:p>
            <w:pPr>
              <w:jc w:val="center"/>
            </w:pPr>
            <w:r>
              <w:rPr>
                <w:i/>
              </w:rPr>
              <w:t>[SISIPKAN GAMBAR / DIAGRAM DI SINI]</w:t>
            </w:r>
          </w:p>
        </w:tc>
      </w:tr>
    </w:tbl>
    <w:p>
      <w:pPr>
        <w:pStyle w:val="Caption"/>
      </w:pPr>
      <w:r>
        <w:t>Gambar 3.1 [Use Case]</w:t>
      </w:r>
    </w:p>
    <w:p>
      <w:pPr>
        <w:pStyle w:val="Heading3"/>
      </w:pPr>
      <w:r>
        <w:t>3.4.2 Diagram Alir (Flowchart)</w:t>
      </w:r>
    </w:p>
    <w:p>
      <w:pPr>
        <w:pStyle w:val="TeksIsi"/>
      </w:pPr>
      <w:r>
        <w:rPr>
          <w:i/>
        </w:rPr>
        <w:t>[Jelaskan alur proses utama sistem dan hubungan antarproses. Sisipkan gambar berikut dan rujuk dalam narasi.]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7937"/>
      </w:tblGrid>
      <w:tr>
        <w:tc>
          <w:tcPr>
            <w:tcW w:type="dxa" w:w="7937"/>
          </w:tcPr>
          <w:p>
            <w:pPr>
              <w:jc w:val="center"/>
            </w:pPr>
            <w:r>
              <w:rPr>
                <w:i/>
              </w:rPr>
              <w:t>[SISIPKAN GAMBAR / DIAGRAM DI SINI]</w:t>
            </w:r>
          </w:p>
        </w:tc>
      </w:tr>
    </w:tbl>
    <w:p>
      <w:pPr>
        <w:pStyle w:val="Caption"/>
      </w:pPr>
      <w:r>
        <w:t>Gambar 3.2 [Diagram Alir (Flowchart)]</w:t>
      </w:r>
    </w:p>
    <w:p>
      <w:pPr>
        <w:pStyle w:val="Heading3"/>
      </w:pPr>
      <w:r>
        <w:t>3.4.3 Blok Diagram</w:t>
      </w:r>
    </w:p>
    <w:p>
      <w:pPr>
        <w:pStyle w:val="TeksIsi"/>
      </w:pPr>
      <w:r>
        <w:rPr>
          <w:i/>
        </w:rPr>
        <w:t>[Jelaskan arsitektur atau alur kerja sistem secara keseluruhan. Sisipkan gambar berikut dan rujuk dalam narasi.]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7937"/>
      </w:tblGrid>
      <w:tr>
        <w:tc>
          <w:tcPr>
            <w:tcW w:type="dxa" w:w="7937"/>
          </w:tcPr>
          <w:p>
            <w:pPr>
              <w:jc w:val="center"/>
            </w:pPr>
            <w:r>
              <w:rPr>
                <w:i/>
              </w:rPr>
              <w:t>[SISIPKAN GAMBAR / DIAGRAM DI SINI]</w:t>
            </w:r>
          </w:p>
        </w:tc>
      </w:tr>
    </w:tbl>
    <w:p>
      <w:pPr>
        <w:pStyle w:val="Caption"/>
      </w:pPr>
      <w:r>
        <w:t>Gambar 3.3 [Blok Diagram]</w:t>
      </w:r>
    </w:p>
    <w:p>
      <w:pPr>
        <w:pStyle w:val="Heading3"/>
      </w:pPr>
      <w:r>
        <w:t>3.4.4 Perancangan Interface</w:t>
      </w:r>
    </w:p>
    <w:p>
      <w:pPr>
        <w:pStyle w:val="TeksIsi"/>
      </w:pPr>
      <w:r>
        <w:rPr>
          <w:i/>
        </w:rPr>
        <w:t>[Jelaskan rancangan antarmuka dan fungsi setiap halaman/menu. Sisipkan gambar berikut dan rujuk dalam narasi.]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7937"/>
      </w:tblGrid>
      <w:tr>
        <w:tc>
          <w:tcPr>
            <w:tcW w:type="dxa" w:w="7937"/>
          </w:tcPr>
          <w:p>
            <w:pPr>
              <w:jc w:val="center"/>
            </w:pPr>
            <w:r>
              <w:rPr>
                <w:i/>
              </w:rPr>
              <w:t>[SISIPKAN GAMBAR / DIAGRAM DI SINI]</w:t>
            </w:r>
          </w:p>
        </w:tc>
      </w:tr>
    </w:tbl>
    <w:p>
      <w:pPr>
        <w:pStyle w:val="Caption"/>
      </w:pPr>
      <w:r>
        <w:t>Gambar 3.4 [Perancangan Interface]</w:t>
      </w:r>
    </w:p>
    <w:p>
      <w:pPr>
        <w:sectPr>
          <w:pgSz w:w="11906" w:h="16838"/>
          <w:pgMar w:top="2268" w:right="1701" w:bottom="1701" w:left="2268" w:header="709" w:footer="709" w:gutter="0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DAFTAR PUSTAKA</w:t>
      </w:r>
    </w:p>
    <w:p>
      <w:pPr>
        <w:pStyle w:val="EntriPustaka"/>
        <w:ind w:left="0" w:hanging="0"/>
      </w:pPr>
      <w:r>
        <w:rPr>
          <w:i/>
        </w:rPr>
        <w:t xml:space="preserve">[Tuliskan semua sumber yang benar-benar dikutip dalam proposal dengan gaya APA edisi ke-7: entri tanpa nomor, diurutkan alfabetis menurut nama belakang penulis pertama, dengan indentasi menggantung 1,27 cm dan spasi 1,5. Contoh format per jenis sumber di bawah ini.]</w:t>
      </w:r>
    </w:p>
    <w:p>
      <w:pPr>
        <w:pStyle w:val="EntriPustaka"/>
      </w:pPr>
      <w:r>
        <w:t xml:space="preserve">Nama Organisasi. (Tahun, Tanggal Bulan). </w:t>
      </w:r>
      <w:r>
        <w:rPr>
          <w:i/>
        </w:rPr>
        <w:t xml:space="preserve">Judul halaman web</w:t>
      </w:r>
      <w:r>
        <w:t xml:space="preserve">. Nama Situs. https://alamat-laman</w:t>
      </w:r>
    </w:p>
    <w:p>
      <w:pPr>
        <w:pStyle w:val="EntriPustaka"/>
      </w:pPr>
      <w:r>
        <w:t xml:space="preserve">Penulis, A. A. (Tahun). </w:t>
      </w:r>
      <w:r>
        <w:rPr>
          <w:i/>
        </w:rPr>
        <w:t xml:space="preserve">Judul buku: Anak judul</w:t>
      </w:r>
      <w:r>
        <w:t xml:space="preserve"> (Edisi ke-x). Nama Penerbit.</w:t>
      </w:r>
    </w:p>
    <w:p>
      <w:pPr>
        <w:pStyle w:val="EntriPustaka"/>
      </w:pPr>
      <w:r>
        <w:t xml:space="preserve">Penulis, A. A. (Tahun). </w:t>
      </w:r>
      <w:r>
        <w:rPr>
          <w:i/>
        </w:rPr>
        <w:t xml:space="preserve">Judul skripsi</w:t>
      </w:r>
      <w:r>
        <w:t xml:space="preserve"> [Skripsi, Nama Universitas]. Nama Repositori. https://alamat-repositori</w:t>
      </w:r>
    </w:p>
    <w:p>
      <w:pPr>
        <w:pStyle w:val="EntriPustaka"/>
      </w:pPr>
      <w:r>
        <w:t xml:space="preserve">Penulis, A. A., &amp; Penulis, B. B. (Tahun). Judul artikel jurnal. </w:t>
      </w:r>
      <w:r>
        <w:rPr>
          <w:i/>
        </w:rPr>
        <w:t xml:space="preserve">Nama Jurnal, Volume</w:t>
      </w:r>
      <w:r>
        <w:t xml:space="preserve">(Nomor), halaman awal–halaman akhir. https://doi.org/xx.xxxx/xxxxx</w:t>
      </w:r>
    </w:p>
    <w:p>
      <w:pPr>
        <w:pStyle w:val="EntriPustaka"/>
      </w:pPr>
      <w:r>
        <w:t xml:space="preserve">Penulis, A. A., Penulis, B. B., &amp; Penulis, C. C. (Tahun). Judul makalah. Dalam </w:t>
      </w:r>
      <w:r>
        <w:rPr>
          <w:i/>
        </w:rPr>
        <w:t xml:space="preserve">Nama Prosiding Konferensi</w:t>
      </w:r>
      <w:r>
        <w:t xml:space="preserve"> (hlm. xx–yy). Nama Penerbit. https://doi.org/xx.xxxx/xxxxx</w:t>
      </w:r>
    </w:p>
    <w:p>
      <w:pPr>
        <w:sectPr>
          <w:pgSz w:w="11906" w:h="16838"/>
          <w:pgMar w:top="2268" w:right="1701" w:bottom="1701" w:left="2268" w:header="709" w:footer="709" w:gutter="0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LAMPIRAN</w:t>
      </w:r>
    </w:p>
    <w:p>
      <w:pPr>
        <w:pStyle w:val="TeksIsi"/>
        <w:ind w:firstLine="0"/>
      </w:pPr>
      <w:r>
        <w:rPr>
          <w:b/>
        </w:rPr>
        <w:t>Lampiran A. [Judul lampiran, mis. Kode Program]</w:t>
      </w:r>
    </w:p>
    <w:p>
      <w:pPr>
        <w:pStyle w:val="TeksIsi"/>
      </w:pPr>
      <w:r>
        <w:rPr>
          <w:i/>
        </w:rPr>
        <w:t>[Lampirkan kode program, instrumen pengujian/kuesioner, data mentah, atau dokumen pendukung lain.]</w:t>
      </w:r>
    </w:p>
    <w:p>
      <w:pPr>
        <w:pStyle w:val="Heading1"/>
        <w:pageBreakBefore/>
        <w:spacing w:after="240"/>
      </w:pPr>
      <w:r>
        <w:t>CATATAN PENGGUNAAN TEMPLATE</w:t>
      </w:r>
    </w:p>
    <w:p>
      <w:pPr>
        <w:pStyle w:val="EntriPustaka"/>
        <w:ind w:left="284" w:hanging="284"/>
      </w:pPr>
      <w:r>
        <w:t>1. Ganti seluruh teks dalam tanda […] dengan isi yang sebenarnya, lalu hapus halaman catatan ini.</w:t>
      </w:r>
    </w:p>
    <w:p>
      <w:pPr>
        <w:pStyle w:val="EntriPustaka"/>
        <w:ind w:left="284" w:hanging="284"/>
      </w:pPr>
      <w:r>
        <w:t xml:space="preserve">1a. Proposal memuat Sampul, Lembar Pengesahan, Daftar Isi, Daftar Gambar, Daftar Tabel, BAB I–III, dan Daftar Pustaka; Lampiran bila ada (Buku Pedoman Prodi TIF 2021, Bab II).</w:t>
      </w:r>
    </w:p>
    <w:p>
      <w:pPr>
        <w:pStyle w:val="EntriPustaka"/>
        <w:ind w:left="284" w:hanging="284"/>
      </w:pPr>
      <w:r>
        <w:t>2. Pertahankan struktur BAB; subbab dapat ditambah/dikurangi sesuai kebutuhan penelitian dan arahan dosen pembimbing.</w:t>
      </w:r>
    </w:p>
    <w:p>
      <w:pPr>
        <w:pStyle w:val="EntriPustaka"/>
        <w:ind w:left="284" w:hanging="284"/>
      </w:pPr>
      <w:r>
        <w:t>3. Gunakan style yang tersedia: Heading 1 (judul bab), Heading 2–3 (subbab), Teks Isi (paragraf), Caption (judul gambar, di bawah gambar), Judul Tabel (judul tabel, di atas tabel), Entri Pustaka.</w:t>
      </w:r>
    </w:p>
    <w:p>
      <w:pPr>
        <w:pStyle w:val="EntriPustaka"/>
        <w:ind w:left="284" w:hanging="284"/>
      </w:pPr>
      <w:r>
        <w:t>4. Perbarui Daftar Isi, Daftar Gambar, dan Daftar Tabel dengan klik kanan pada daftar → Update Field.</w:t>
      </w:r>
    </w:p>
    <w:p>
      <w:pPr>
        <w:pStyle w:val="EntriPustaka"/>
        <w:ind w:left="284" w:hanging="284"/>
      </w:pPr>
      <w:r>
        <w:t>5. Nomor halaman: bagian awal romawi kecil di bawah-tengah; bagian isi angka arab di atas-kanan, kecuali halaman pertama tiap bab di bawah-tengah. Pengaturan ini sudah terpasang per seksi; jangan menghapus pemisah seksi (Section Break) antarbab.</w:t>
      </w:r>
    </w:p>
    <w:p>
      <w:pPr>
        <w:pStyle w:val="EntriPustaka"/>
        <w:ind w:left="284" w:hanging="284"/>
      </w:pPr>
      <w:r>
        <w:t>6. Setiap gambar dan tabel harus diberi nomor dan dirujuk dalam narasi. Setiap sumber pustaka harus dikutip dalam narasi dengan gaya APA, mis. (Nama, Tahun) atau Nama (Tahun).</w:t>
      </w:r>
    </w:p>
    <w:p>
      <w:pPr>
        <w:pStyle w:val="EntriPustaka"/>
        <w:ind w:left="284" w:hanging="284"/>
      </w:pPr>
      <w:r>
        <w:t xml:space="preserve">7. Seluruh teks isi berspasi 1,5 dengan indentasi baris pertama 1,27 cm (1 tab). Daftar pustaka mengikuti APA edisi ke-7: tanpa nomor, urut alfabetis, indentasi menggantung 1,27 cm (style Entri Pustaka).</w:t>
      </w:r>
    </w:p>
    <w:p>
      <w:pPr>
        <w:pStyle w:val="EntriPustaka"/>
        <w:ind w:left="284" w:hanging="284"/>
      </w:pPr>
      <w:r>
        <w:t xml:space="preserve">8. Judul tabel/gambar memakai spasi 1 (Buku Pedoman Prodi TIF 2021, Bab III).</w:t>
      </w:r>
    </w:p>
    <w:sectPr w:rsidR="00F42441" w:rsidRPr="00911CA1" w:rsidSect="00034616">
      <w:pgSz w:w="11906" w:h="16838"/>
      <w:pgMar w:top="2268" w:right="1701" w:bottom="1701" w:left="226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A65E9" w14:textId="77777777" w:rsidR="00134E0B" w:rsidRDefault="00134E0B">
      <w:pPr>
        <w:spacing w:line="240" w:lineRule="auto"/>
      </w:pPr>
      <w:r>
        <w:separator/>
      </w:r>
    </w:p>
  </w:endnote>
  <w:endnote w:type="continuationSeparator" w:id="0">
    <w:p w14:paraId="7D3D22B0" w14:textId="77777777" w:rsidR="00134E0B" w:rsidRDefault="00134E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EF7D0" w14:textId="55F8681E" w:rsidR="00F42441" w:rsidRDefault="00F42441">
    <w:pPr>
      <w:pStyle w:val="Footer"/>
      <w:jc w:val="center"/>
    </w:pP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 PAGE ">
      <w:r>
        <w:t>1</w:t>
      </w:r>
    </w:fldSimple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 PAGE ">
      <w: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B45DD" w14:textId="77777777" w:rsidR="00134E0B" w:rsidRDefault="00134E0B">
      <w:pPr>
        <w:spacing w:line="240" w:lineRule="auto"/>
      </w:pPr>
      <w:r>
        <w:separator/>
      </w:r>
    </w:p>
  </w:footnote>
  <w:footnote w:type="continuationSeparator" w:id="0">
    <w:p w14:paraId="67748D3B" w14:textId="77777777" w:rsidR="00134E0B" w:rsidRDefault="00134E0B">
      <w:pPr>
        <w:spacing w:line="240" w:lineRule="auto"/>
      </w:pPr>
      <w:r>
        <w:continuation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fldSimple w:instr=" PAGE ">
      <w:r>
        <w:t>1</w:t>
      </w:r>
    </w:fldSimple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78711566">
    <w:abstractNumId w:val="8"/>
  </w:num>
  <w:num w:numId="2" w16cid:durableId="208955930">
    <w:abstractNumId w:val="6"/>
  </w:num>
  <w:num w:numId="3" w16cid:durableId="800617831">
    <w:abstractNumId w:val="5"/>
  </w:num>
  <w:num w:numId="4" w16cid:durableId="532501296">
    <w:abstractNumId w:val="4"/>
  </w:num>
  <w:num w:numId="5" w16cid:durableId="261763335">
    <w:abstractNumId w:val="7"/>
  </w:num>
  <w:num w:numId="6" w16cid:durableId="925958937">
    <w:abstractNumId w:val="3"/>
  </w:num>
  <w:num w:numId="7" w16cid:durableId="626469973">
    <w:abstractNumId w:val="2"/>
  </w:num>
  <w:num w:numId="8" w16cid:durableId="324668423">
    <w:abstractNumId w:val="1"/>
  </w:num>
  <w:num w:numId="9" w16cid:durableId="2022394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7568"/>
    <w:rsid w:val="0001796E"/>
    <w:rsid w:val="00034616"/>
    <w:rsid w:val="0006063C"/>
    <w:rsid w:val="00134E0B"/>
    <w:rsid w:val="0015074B"/>
    <w:rsid w:val="00155A20"/>
    <w:rsid w:val="00222FC9"/>
    <w:rsid w:val="0029639D"/>
    <w:rsid w:val="002A2D4B"/>
    <w:rsid w:val="002E2A94"/>
    <w:rsid w:val="0030395D"/>
    <w:rsid w:val="00326F90"/>
    <w:rsid w:val="003B1444"/>
    <w:rsid w:val="004111B0"/>
    <w:rsid w:val="004332C4"/>
    <w:rsid w:val="004B6700"/>
    <w:rsid w:val="00574C92"/>
    <w:rsid w:val="00590AEC"/>
    <w:rsid w:val="00603B56"/>
    <w:rsid w:val="00693B4B"/>
    <w:rsid w:val="006F71DA"/>
    <w:rsid w:val="00764219"/>
    <w:rsid w:val="00780372"/>
    <w:rsid w:val="007D476B"/>
    <w:rsid w:val="008A6954"/>
    <w:rsid w:val="00911CA1"/>
    <w:rsid w:val="00932C6D"/>
    <w:rsid w:val="00996C29"/>
    <w:rsid w:val="00AA1D8D"/>
    <w:rsid w:val="00AD21FC"/>
    <w:rsid w:val="00B033F0"/>
    <w:rsid w:val="00B47730"/>
    <w:rsid w:val="00B550ED"/>
    <w:rsid w:val="00CB0664"/>
    <w:rsid w:val="00D8632E"/>
    <w:rsid w:val="00E11A4D"/>
    <w:rsid w:val="00E7072B"/>
    <w:rsid w:val="00ED69E0"/>
    <w:rsid w:val="00F42441"/>
    <w:rsid w:val="00F8684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3B2218"/>
  <w14:defaultImageDpi w14:val="300"/>
  <w15:docId w15:val="{2F2F1101-EBA3-47DA-9C5A-89FACF809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360" w:lineRule="auto"/>
      <w:jc w:val="both"/>
    </w:pPr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360" w:lineRule="auto"/>
      <w:jc w:val="center"/>
      <w:outlineLvl w:val="0"/>
    </w:pPr>
    <w:rPr>
      <w:rFonts w:ascii="Times New Roman" w:hAnsi="Times New Roman" w:cs="Times New Roman" w:eastAsia="Times New Roman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360" w:lineRule="auto"/>
      <w:jc w:val="left"/>
      <w:outlineLvl w:val="1"/>
    </w:pPr>
    <w:rPr>
      <w:rFonts w:ascii="Times New Roman" w:hAnsi="Times New Roman" w:cs="Times New Roman" w:eastAsia="Times New Roman"/>
      <w:b/>
      <w:bCs/>
      <w:color w:val="00000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0" w:line="360" w:lineRule="auto"/>
      <w:jc w:val="left"/>
      <w:outlineLvl w:val="2"/>
    </w:pPr>
    <w:rPr>
      <w:rFonts w:ascii="Times New Roman" w:hAnsi="Times New Roman" w:cs="Times New Roman" w:eastAsia="Times New Roman"/>
      <w:b/>
      <w:bCs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0" w:after="0" w:line="360" w:lineRule="auto"/>
      <w:outlineLvl w:val="3"/>
    </w:pPr>
    <w:rPr>
      <w:rFonts w:ascii="Times New Roman" w:hAnsi="Times New Roman" w:cs="Times New Roman" w:eastAsia="Times New Roman"/>
      <w:b/>
      <w:bCs/>
      <w:i/>
      <w:iCs/>
      <w:color w:val="00000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before="0" w:after="0" w:line="240" w:lineRule="auto"/>
      <w:jc w:val="center"/>
    </w:pPr>
    <w:rPr>
      <w:rFonts w:ascii="Times New Roman" w:hAnsi="Times New Roman" w:cs="Times New Roman" w:eastAsia="Times New Roman"/>
      <w:b/>
      <w:bCs/>
      <w:color w:val="000000"/>
      <w:sz w:val="22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780372"/>
    <w:pPr>
      <w:tabs>
        <w:tab w:val="left" w:pos="851"/>
        <w:tab w:val="left" w:pos="7655"/>
        <w:tab w:val="right" w:leader="dot" w:pos="7938"/>
      </w:tabs>
      <w:spacing w:line="360" w:lineRule="auto"/>
      <w:ind w:right="-143"/>
    </w:pPr>
  </w:style>
  <w:style w:type="paragraph" w:styleId="TOC2">
    <w:name w:val="toc 2"/>
    <w:basedOn w:val="Normal"/>
    <w:next w:val="Normal"/>
    <w:autoRedefine/>
    <w:uiPriority w:val="39"/>
    <w:unhideWhenUsed/>
    <w:rsid w:val="00780372"/>
    <w:pPr>
      <w:tabs>
        <w:tab w:val="right" w:leader="dot" w:pos="7797"/>
      </w:tabs>
      <w:spacing w:line="360" w:lineRule="auto"/>
      <w:ind w:left="851"/>
    </w:pPr>
  </w:style>
  <w:style w:type="paragraph" w:styleId="TOC3">
    <w:name w:val="toc 3"/>
    <w:basedOn w:val="Normal"/>
    <w:next w:val="Normal"/>
    <w:autoRedefine/>
    <w:uiPriority w:val="39"/>
    <w:unhideWhenUsed/>
    <w:rsid w:val="0030395D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30395D"/>
    <w:rPr>
      <w:color w:val="0000FF" w:themeColor="hyperlink"/>
      <w:u w:val="single"/>
    </w:rPr>
  </w:style>
  <w:style w:type="paragraph" w:customStyle="1" w:styleId="TeksIsi">
    <w:name w:val="Teks Isi"/>
    <w:basedOn w:val="Normal"/>
    <w:qFormat/>
    <w:pPr>
      <w:spacing w:line="360" w:lineRule="auto"/>
      <w:ind w:firstLine="720"/>
    </w:pPr>
  </w:style>
  <w:style w:type="paragraph" w:customStyle="1" w:styleId="JudulTabel">
    <w:name w:val="Judul Tabel"/>
    <w:basedOn w:val="Caption"/>
    <w:qFormat/>
    <w:pPr>
      <w:keepNext/>
    </w:pPr>
  </w:style>
  <w:style w:type="paragraph" w:customStyle="1" w:styleId="EntriPustaka">
    <w:name w:val="Entri Pustaka"/>
    <w:basedOn w:val="Normal"/>
    <w:qFormat/>
    <w:pPr>
      <w:spacing w:line="360" w:lineRule="auto"/>
      <w:ind w:left="720" w:hanging="72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1.xml"/><Relationship Id="rId14" Type="http://schemas.openxmlformats.org/officeDocument/2006/relationships/footer" Target="footer3.xml"/><Relationship Id="rId15" Type="http://schemas.openxmlformats.org/officeDocument/2006/relationships/header" Target="header2.xml"/><Relationship Id="rId16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Proposal Tugas Akhir Teknik Informatika</dc:title>
  <dc:subject/>
  <dc:creator>python-docx</dc:creator>
  <cp:keywords/>
  <dc:description/>
  <cp:lastModifiedBy>USER</cp:lastModifiedBy>
  <cp:revision>27</cp:revision>
  <dcterms:created xsi:type="dcterms:W3CDTF">2013-12-23T23:15:00Z</dcterms:created>
  <dcterms:modified xsi:type="dcterms:W3CDTF">2026-09-26T03:46:00Z</dcterms:modified>
  <cp:category/>
</cp:coreProperties>
</file>