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0A561" w14:textId="77777777" w:rsidR="00F42441" w:rsidRDefault="00000000">
      <w:pPr>
        <w:spacing w:after="60"/>
        <w:jc w:val="center"/>
      </w:pPr>
      <w:r>
        <w:rPr>
          <w:b/>
          <w:sz w:val="28"/>
        </w:rPr>
        <w:t>TUGAS AKHIR</w:t>
      </w:r>
    </w:p>
    <w:p w14:paraId="5895605D" w14:textId="77777777" w:rsidR="00F42441" w:rsidRDefault="00000000">
      <w:pPr>
        <w:spacing w:after="400"/>
        <w:jc w:val="center"/>
      </w:pPr>
      <w:r>
        <w:rPr>
          <w:b/>
          <w:sz w:val="28"/>
        </w:rPr>
        <w:t>TAHUN AKADEMIK [20XX/20XX]</w:t>
      </w:r>
    </w:p>
    <w:p w14:paraId="759EBFCD" w14:textId="77777777" w:rsidR="00F42441" w:rsidRDefault="00000000">
      <w:pPr>
        <w:spacing w:after="500"/>
        <w:jc w:val="center"/>
        <w:rPr>
          <w:b/>
          <w:sz w:val="28"/>
        </w:rPr>
      </w:pPr>
      <w:r>
        <w:rPr>
          <w:b/>
          <w:sz w:val="28"/>
        </w:rPr>
        <w:t>“[JUDUL TUGAS AKHIR]”</w:t>
      </w:r>
    </w:p>
    <w:p w14:paraId="7565CD64" w14:textId="77777777" w:rsidR="00574C92" w:rsidRDefault="00574C92">
      <w:pPr>
        <w:spacing w:after="500"/>
        <w:jc w:val="center"/>
      </w:pPr>
    </w:p>
    <w:p w14:paraId="66310A84" w14:textId="77777777" w:rsidR="00F42441" w:rsidRDefault="00000000">
      <w:pPr>
        <w:spacing w:after="500"/>
        <w:jc w:val="center"/>
      </w:pPr>
      <w:r>
        <w:rPr>
          <w:noProof/>
        </w:rPr>
        <w:drawing>
          <wp:inline distT="0" distB="0" distL="0" distR="0" wp14:anchorId="235F8BC5" wp14:editId="2381C9E1">
            <wp:extent cx="1800000" cy="180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5F365" w14:textId="77777777" w:rsidR="00574C92" w:rsidRDefault="00574C92">
      <w:pPr>
        <w:spacing w:after="160"/>
        <w:jc w:val="center"/>
        <w:rPr>
          <w:b/>
        </w:rPr>
      </w:pPr>
    </w:p>
    <w:p w14:paraId="026D4B4A" w14:textId="5D856379" w:rsidR="00F42441" w:rsidRDefault="00000000">
      <w:pPr>
        <w:spacing w:after="160"/>
        <w:jc w:val="center"/>
      </w:pPr>
      <w:r>
        <w:rPr>
          <w:b/>
        </w:rPr>
        <w:t>Disusun Oleh :</w:t>
      </w:r>
    </w:p>
    <w:p w14:paraId="35EE077C" w14:textId="77777777" w:rsidR="00F42441" w:rsidRDefault="00000000">
      <w:pPr>
        <w:spacing w:after="80"/>
        <w:jc w:val="center"/>
      </w:pPr>
      <w:r>
        <w:rPr>
          <w:b/>
        </w:rPr>
        <w:t>[NAMA MAHASISWA]</w:t>
      </w:r>
    </w:p>
    <w:p w14:paraId="07A20355" w14:textId="77777777" w:rsidR="00F42441" w:rsidRDefault="00000000">
      <w:pPr>
        <w:spacing w:after="700"/>
        <w:jc w:val="center"/>
      </w:pPr>
      <w:r>
        <w:rPr>
          <w:b/>
        </w:rPr>
        <w:t>[NIM]</w:t>
      </w:r>
    </w:p>
    <w:p w14:paraId="6E681A2B" w14:textId="77777777" w:rsidR="00574C92" w:rsidRDefault="00574C92">
      <w:pPr>
        <w:spacing w:after="60"/>
        <w:jc w:val="center"/>
        <w:rPr>
          <w:b/>
        </w:rPr>
      </w:pPr>
    </w:p>
    <w:p w14:paraId="6D6691D8" w14:textId="53974CBF" w:rsidR="00F42441" w:rsidRDefault="00000000">
      <w:pPr>
        <w:spacing w:after="60"/>
        <w:jc w:val="center"/>
      </w:pPr>
      <w:r>
        <w:rPr>
          <w:b/>
        </w:rPr>
        <w:t>PROGRAM STUDI TEKNIK INFORMATIKA</w:t>
      </w:r>
    </w:p>
    <w:p w14:paraId="12F5EDA1" w14:textId="77777777" w:rsidR="00F42441" w:rsidRDefault="00000000">
      <w:pPr>
        <w:spacing w:after="60"/>
        <w:jc w:val="center"/>
      </w:pPr>
      <w:r>
        <w:rPr>
          <w:b/>
        </w:rPr>
        <w:t>FAKULTAS TEKNIK</w:t>
      </w:r>
    </w:p>
    <w:p w14:paraId="7FA9EB2A" w14:textId="77777777" w:rsidR="00F42441" w:rsidRDefault="00000000">
      <w:pPr>
        <w:spacing w:after="60"/>
        <w:jc w:val="center"/>
      </w:pPr>
      <w:r>
        <w:rPr>
          <w:b/>
        </w:rPr>
        <w:t>UNIVERSITAS MAARIF HASYIM LATIF</w:t>
      </w:r>
    </w:p>
    <w:p w14:paraId="34AF9482" w14:textId="77777777" w:rsidR="00F42441" w:rsidRDefault="00000000">
      <w:pPr>
        <w:spacing w:after="60"/>
        <w:jc w:val="center"/>
      </w:pPr>
      <w:r>
        <w:rPr>
          <w:b/>
        </w:rPr>
        <w:t>SIDOARJO</w:t>
      </w:r>
    </w:p>
    <w:p w14:paraId="4EE10895" w14:textId="77777777" w:rsidR="00F42441" w:rsidRDefault="00000000">
      <w:pPr>
        <w:spacing w:after="60"/>
        <w:jc w:val="center"/>
      </w:pPr>
      <w:r>
        <w:rPr>
          <w:b/>
        </w:rPr>
        <w:t>[TAHUN]</w:t>
      </w:r>
    </w:p>
    <w:p w14:paraId="2A130F4D" w14:textId="77777777" w:rsidR="00F42441" w:rsidRDefault="00F42441">
      <w:pPr>
        <w:sectPr w:rsidR="00F42441">
          <w:footerReference w:type="default" r:id="rId9"/>
          <w:pgSz w:w="11906" w:h="16838"/>
          <w:pgMar w:top="2268" w:right="1701" w:bottom="1701" w:left="2268" w:header="709" w:footer="709" w:gutter="0"/>
          <w:pgNumType w:fmt="lowerRoman" w:start="1"/>
          <w:cols w:space="720"/>
          <w:docGrid w:linePitch="360"/>
        </w:sectPr>
      </w:pPr>
    </w:p>
    <w:p>
      <w:pPr>
        <w:pStyle w:val="Heading1"/>
        <w:spacing w:after="60" w:line="360" w:lineRule="auto"/>
      </w:pPr>
      <w:r>
        <w:t>LEMBAR PENGESAHAN TUGAS AKHIR</w:t>
      </w:r>
    </w:p>
    <w:p>
      <w:pPr>
        <w:spacing w:after="400"/>
        <w:jc w:val="center"/>
      </w:pPr>
      <w:r>
        <w:rPr>
          <w:b/>
          <w:sz w:val="28"/>
        </w:rPr>
        <w:t>TAHUN AKADEMIK [20XX/20XX]</w:t>
      </w:r>
    </w:p>
    <w:p>
      <w:pPr>
        <w:spacing w:after="300"/>
        <w:jc w:val="center"/>
      </w:pPr>
      <w:r>
        <w:rPr>
          <w:b/>
        </w:rPr>
        <w:t>“[JUDUL TUGAS AKHIR]”</w:t>
      </w:r>
    </w:p>
    <w:p>
      <w:pPr>
        <w:spacing w:after="100"/>
        <w:jc w:val="center"/>
      </w:pPr>
      <w:r>
        <w:t>Oleh :</w:t>
      </w:r>
    </w:p>
    <w:p>
      <w:pPr>
        <w:spacing w:after="60"/>
        <w:jc w:val="center"/>
      </w:pPr>
      <w:r>
        <w:rPr>
          <w:b/>
        </w:rPr>
        <w:t>[NAMA MAHASISWA]</w:t>
      </w:r>
    </w:p>
    <w:p>
      <w:pPr>
        <w:spacing w:after="300"/>
        <w:jc w:val="center"/>
      </w:pPr>
      <w:r>
        <w:t>[NIM]</w:t>
      </w:r>
    </w:p>
    <w:p>
      <w:pPr>
        <w:jc w:val="center"/>
      </w:pPr>
      <w:r>
        <w:t>Diajukan untuk Memenuhi Salah Satu Syarat</w:t>
      </w:r>
    </w:p>
    <w:p>
      <w:pPr>
        <w:spacing w:after="100"/>
        <w:jc w:val="center"/>
      </w:pPr>
      <w:r>
        <w:t>untuk Memperoleh Gelar Sarjana Komputer (S.Kom.)</w:t>
      </w:r>
    </w:p>
    <w:p>
      <w:pPr>
        <w:jc w:val="center"/>
      </w:pPr>
      <w:r>
        <w:t>pada</w:t>
      </w:r>
    </w:p>
    <w:p>
      <w:pPr>
        <w:jc w:val="center"/>
      </w:pPr>
      <w:r>
        <w:t>Program Studi Teknik Informatika</w:t>
      </w:r>
    </w:p>
    <w:p>
      <w:pPr>
        <w:jc w:val="center"/>
      </w:pPr>
      <w:r>
        <w:t>Fakultas Teknik</w:t>
      </w:r>
    </w:p>
    <w:p>
      <w:pPr>
        <w:jc w:val="center"/>
      </w:pPr>
      <w:r>
        <w:t>Universitas Maarif Hasyim Latif</w:t>
      </w:r>
    </w:p>
    <w:p>
      <w:pPr>
        <w:spacing w:after="400"/>
        <w:jc w:val="center"/>
      </w:pPr>
      <w:r>
        <w:t>Sidoarjo</w:t>
      </w:r>
    </w:p>
    <w:p>
      <w:pPr>
        <w:tabs>
          <w:tab w:pos="4820" w:val="left"/>
        </w:tabs>
        <w:jc w:val="left"/>
      </w:pPr>
      <w:r>
        <w:rPr>
          <w:b/>
        </w:rPr>
        <w:t>Menyetujui :</w:t>
        <w:tab/>
        <w:t>Mengetahui :</w:t>
      </w:r>
    </w:p>
    <w:p>
      <w:pPr>
        <w:tabs>
          <w:tab w:pos="4820" w:val="left"/>
        </w:tabs>
        <w:jc w:val="left"/>
      </w:pPr>
      <w:r>
        <w:rPr/>
        <w:t>Ketua Program Studi Teknik Informatika</w:t>
        <w:tab/>
        <w:t>Dosen Pembimbing</w:t>
      </w:r>
    </w:p>
    <w:p>
      <w:pPr>
        <w:tabs>
          <w:tab w:pos="4820" w:val="left"/>
        </w:tabs>
        <w:jc w:val="left"/>
      </w:pPr>
      <w:r>
        <w:rPr/>
        <w:tab/>
      </w:r>
    </w:p>
    <w:p>
      <w:pPr>
        <w:tabs>
          <w:tab w:pos="4820" w:val="left"/>
        </w:tabs>
        <w:jc w:val="left"/>
      </w:pPr>
      <w:r>
        <w:rPr/>
        <w:tab/>
      </w:r>
    </w:p>
    <w:p>
      <w:pPr>
        <w:tabs>
          <w:tab w:pos="4820" w:val="left"/>
        </w:tabs>
        <w:jc w:val="left"/>
      </w:pPr>
      <w:r>
        <w:rPr/>
        <w:tab/>
      </w:r>
    </w:p>
    <w:p>
      <w:pPr>
        <w:tabs>
          <w:tab w:pos="4820" w:val="left"/>
        </w:tabs>
        <w:jc w:val="left"/>
      </w:pPr>
      <w:r>
        <w:rPr/>
        <w:t>[Nama Ketua Program Studi]</w:t>
        <w:tab/>
        <w:t>[Nama Dosen Pembimbing]</w:t>
      </w:r>
    </w:p>
    <w:p>
      <w:pPr>
        <w:tabs>
          <w:tab w:pos="4820" w:val="left"/>
        </w:tabs>
        <w:jc w:val="left"/>
      </w:pPr>
      <w:r>
        <w:rPr/>
        <w:t>NIDN. ………………</w:t>
        <w:tab/>
        <w:t>NIDN. ………………</w:t>
      </w:r>
    </w:p>
    <w:p>
      <w:pPr>
        <w:pStyle w:val="Heading1"/>
        <w:pageBreakBefore/>
        <w:spacing w:after="60" w:line="360" w:lineRule="auto"/>
      </w:pPr>
      <w:r>
        <w:t>LEMBAR PERSETUJUAN TUGAS AKHIR</w:t>
      </w:r>
    </w:p>
    <w:p>
      <w:pPr>
        <w:spacing w:after="400"/>
        <w:jc w:val="center"/>
      </w:pPr>
      <w:r>
        <w:rPr>
          <w:b/>
          <w:sz w:val="28"/>
        </w:rPr>
        <w:t>TAHUN AKADEMIK [20XX/20XX]</w:t>
      </w:r>
    </w:p>
    <w:p>
      <w:pPr>
        <w:spacing w:after="300"/>
        <w:jc w:val="center"/>
      </w:pPr>
      <w:r>
        <w:rPr>
          <w:b/>
        </w:rPr>
        <w:t>“[JUDUL TUGAS AKHIR]”</w:t>
      </w:r>
    </w:p>
    <w:p>
      <w:pPr>
        <w:spacing w:after="100"/>
        <w:jc w:val="center"/>
      </w:pPr>
      <w:r>
        <w:t>Oleh :</w:t>
      </w:r>
    </w:p>
    <w:p>
      <w:pPr>
        <w:spacing w:after="60"/>
        <w:jc w:val="center"/>
      </w:pPr>
      <w:r>
        <w:rPr>
          <w:b/>
        </w:rPr>
        <w:t>[NAMA MAHASISWA]</w:t>
      </w:r>
    </w:p>
    <w:p>
      <w:pPr>
        <w:spacing w:after="300"/>
        <w:jc w:val="center"/>
      </w:pPr>
      <w:r>
        <w:t>[NIM]</w:t>
      </w:r>
    </w:p>
    <w:p>
      <w:pPr>
        <w:jc w:val="center"/>
      </w:pPr>
      <w:r>
        <w:t>Telah dipertahankan di depan Tim Penguji</w:t>
      </w:r>
    </w:p>
    <w:p>
      <w:pPr>
        <w:jc w:val="center"/>
      </w:pPr>
      <w:r>
        <w:t>pada tanggal [tanggal sidang]</w:t>
      </w:r>
    </w:p>
    <w:p>
      <w:pPr>
        <w:spacing w:after="300"/>
        <w:jc w:val="center"/>
      </w:pPr>
      <w:r>
        <w:t>dan dinyatakan telah memenuhi syarat</w:t>
      </w:r>
    </w:p>
    <w:p>
      <w:pPr>
        <w:spacing w:after="200"/>
        <w:jc w:val="center"/>
      </w:pPr>
      <w:r>
        <w:rPr>
          <w:b/>
        </w:rPr>
        <w:t>Mengetahui Tim Penguji :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2646"/>
        <w:gridCol w:w="2646"/>
        <w:gridCol w:w="2646"/>
      </w:tblGrid>
      <w:tr>
        <w:tc>
          <w:tcPr>
            <w:tcW w:type="dxa" w:w="2646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No.</w:t>
            </w:r>
          </w:p>
        </w:tc>
        <w:tc>
          <w:tcPr>
            <w:tcW w:type="dxa" w:w="2646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Tim Penguji</w:t>
            </w:r>
          </w:p>
        </w:tc>
        <w:tc>
          <w:tcPr>
            <w:tcW w:type="dxa" w:w="2646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Tanda Tangan</w:t>
            </w:r>
          </w:p>
        </w:tc>
      </w:tr>
      <w:tr>
        <w:tc>
          <w:tcPr>
            <w:tcW w:type="dxa" w:w="2646"/>
          </w:tcPr>
          <w:p>
            <w:pPr>
              <w:spacing w:line="240" w:lineRule="auto"/>
              <w:jc w:val="center"/>
            </w:pPr>
            <w:r>
              <w:t>1.</w:t>
            </w:r>
          </w:p>
        </w:tc>
        <w:tc>
          <w:tcPr>
            <w:tcW w:type="dxa" w:w="2646"/>
          </w:tcPr>
          <w:p>
            <w:pPr>
              <w:spacing w:line="240" w:lineRule="auto"/>
              <w:jc w:val="center"/>
            </w:pPr>
            <w:r>
              <w:t>[Nama Dosen Penguji 1]</w:t>
              <w:br/>
              <w:t>NIDN. ………………</w:t>
            </w:r>
          </w:p>
        </w:tc>
        <w:tc>
          <w:tcPr>
            <w:tcW w:type="dxa" w:w="2646"/>
          </w:tcPr>
          <w:p>
            <w:pPr>
              <w:spacing w:line="240" w:lineRule="auto"/>
              <w:jc w:val="center"/>
            </w:pPr>
            <w:r/>
          </w:p>
        </w:tc>
      </w:tr>
      <w:tr>
        <w:tc>
          <w:tcPr>
            <w:tcW w:type="dxa" w:w="2646"/>
          </w:tcPr>
          <w:p>
            <w:pPr>
              <w:spacing w:line="240" w:lineRule="auto"/>
              <w:jc w:val="center"/>
            </w:pPr>
            <w:r>
              <w:t>2.</w:t>
            </w:r>
          </w:p>
        </w:tc>
        <w:tc>
          <w:tcPr>
            <w:tcW w:type="dxa" w:w="2646"/>
          </w:tcPr>
          <w:p>
            <w:pPr>
              <w:spacing w:line="240" w:lineRule="auto"/>
              <w:jc w:val="center"/>
            </w:pPr>
            <w:r>
              <w:t>[Nama Dosen Penguji 2]</w:t>
              <w:br/>
              <w:t>NIDN. ………………</w:t>
            </w:r>
          </w:p>
        </w:tc>
        <w:tc>
          <w:tcPr>
            <w:tcW w:type="dxa" w:w="2646"/>
          </w:tcPr>
          <w:p>
            <w:pPr>
              <w:spacing w:line="240" w:lineRule="auto"/>
              <w:jc w:val="center"/>
            </w:pPr>
            <w:r/>
          </w:p>
        </w:tc>
      </w:tr>
    </w:tbl>
    <w:p>
      <w:pPr>
        <w:pStyle w:val="Heading1"/>
        <w:pageBreakBefore/>
        <w:spacing w:after="240" w:line="360" w:lineRule="auto"/>
      </w:pPr>
      <w:r>
        <w:t>LEMBAR PERNYATAAN</w:t>
      </w:r>
    </w:p>
    <w:p>
      <w:r>
        <w:t>Yang bertanda tangan di bawah ini :</w:t>
      </w:r>
    </w:p>
    <w:p>
      <w:pPr>
        <w:tabs>
          <w:tab w:pos="3402" w:val="left"/>
        </w:tabs>
        <w:jc w:val="left"/>
      </w:pPr>
      <w:r>
        <w:t>Nama</w:t>
        <w:tab/>
        <w:t>: […]</w:t>
      </w:r>
    </w:p>
    <w:p>
      <w:pPr>
        <w:tabs>
          <w:tab w:pos="3402" w:val="left"/>
        </w:tabs>
        <w:jc w:val="left"/>
      </w:pPr>
      <w:r>
        <w:t>NIM</w:t>
        <w:tab/>
        <w:t>: […]</w:t>
      </w:r>
    </w:p>
    <w:p>
      <w:pPr>
        <w:tabs>
          <w:tab w:pos="3402" w:val="left"/>
        </w:tabs>
        <w:jc w:val="left"/>
      </w:pPr>
      <w:r>
        <w:t>Tempat dan Tanggal Lahir</w:t>
        <w:tab/>
        <w:t>: […]</w:t>
      </w:r>
    </w:p>
    <w:p>
      <w:r>
        <w:t>Menyatakan bahwa Tugas Akhir dengan judul “[JUDUL TUGAS AKHIR]” adalah benar hasil karya saya sendiri, bukan jiplakan karya orang lain, dan seluruh sumber yang dikutip maupun dirujuk telah saya nyatakan dengan benar.</w:t>
      </w:r>
    </w:p>
    <w:p>
      <w:pPr>
        <w:spacing w:after="400"/>
      </w:pPr>
      <w:r>
        <w:t>Demikian pernyataan ini saya buat dengan sebenar-benarnya.</w:t>
      </w:r>
    </w:p>
    <w:p>
      <w:pPr>
        <w:ind w:left="4820"/>
        <w:jc w:val="left"/>
      </w:pPr>
      <w:r>
        <w:t>Sidoarjo, [tanggal]</w:t>
      </w:r>
    </w:p>
    <w:p>
      <w:pPr>
        <w:ind w:left="4820"/>
        <w:jc w:val="left"/>
      </w:pPr>
      <w:r>
        <w:t>Penulis</w:t>
      </w:r>
    </w:p>
    <w:p>
      <w:pPr>
        <w:ind w:left="4820"/>
        <w:jc w:val="left"/>
      </w:pPr>
    </w:p>
    <w:p>
      <w:pPr>
        <w:ind w:left="4820"/>
        <w:jc w:val="left"/>
      </w:pPr>
      <w:r>
        <w:t>[Materai Rp 10.000]</w:t>
      </w:r>
    </w:p>
    <w:p>
      <w:pPr>
        <w:ind w:left="4820"/>
        <w:jc w:val="left"/>
      </w:pPr>
    </w:p>
    <w:p>
      <w:pPr>
        <w:ind w:left="4820"/>
        <w:jc w:val="left"/>
      </w:pPr>
      <w:r>
        <w:t>[NAMA MAHASISWA]</w:t>
      </w:r>
    </w:p>
    <w:p>
      <w:pPr>
        <w:ind w:left="4820"/>
        <w:jc w:val="left"/>
      </w:pPr>
      <w:r>
        <w:t>NIM. [NIM]</w:t>
      </w:r>
    </w:p>
    <w:p>
      <w:pPr>
        <w:pStyle w:val="Heading1"/>
        <w:pageBreakBefore/>
        <w:spacing w:after="240" w:line="360" w:lineRule="auto"/>
      </w:pPr>
      <w:r>
        <w:t>KATA PENGANTAR</w:t>
      </w:r>
    </w:p>
    <w:p>
      <w:pPr>
        <w:ind w:firstLine="720"/>
      </w:pPr>
      <w:r>
        <w:rPr>
          <w:i/>
        </w:rPr>
        <w:t>[Tuliskan puji syukur, tujuan penyusunan Tugas Akhir, serta ucapan terima kasih kepada pihak yang membantu (Dekan, Ketua Program Studi, Dosen Pembimbing, dosen, keluarga, dan rekan).]</w:t>
      </w:r>
    </w:p>
    <w:p>
      <w:pPr>
        <w:ind w:firstLine="720"/>
      </w:pPr>
      <w:r>
        <w:rPr>
          <w:i/>
        </w:rPr>
        <w:t>[Tutup dengan harapan dan keterbukaan terhadap kritik serta saran.]</w:t>
      </w:r>
    </w:p>
    <w:p>
      <w:pPr>
        <w:ind w:left="4820"/>
        <w:jc w:val="left"/>
      </w:pPr>
      <w:r>
        <w:t>Sidoarjo, [tanggal]</w:t>
      </w:r>
    </w:p>
    <w:p>
      <w:pPr>
        <w:ind w:left="4820"/>
        <w:jc w:val="left"/>
      </w:pPr>
      <w:r>
        <w:t>Penulis</w:t>
      </w:r>
    </w:p>
    <w:p>
      <w:pPr>
        <w:pageBreakBefore/>
        <w:spacing w:before="0" w:after="0" w:line="240" w:lineRule="auto"/>
        <w:ind w:firstLine="0"/>
        <w:jc w:val="center"/>
      </w:pPr>
      <w:r>
        <w:rPr>
          <w:b/>
          <w:sz w:val="28"/>
        </w:rPr>
        <w:t xml:space="preserve">[JUDUL TUGAS AKHIR]</w:t>
      </w:r>
    </w:p>
    <w:p>
      <w:pPr>
        <w:spacing w:before="480" w:after="0" w:line="240" w:lineRule="auto"/>
        <w:ind w:firstLine="0"/>
        <w:jc w:val="center"/>
      </w:pPr>
      <w:r>
        <w:t xml:space="preserve">[NAMA MAHASISWA] ([NIM])</w:t>
      </w:r>
    </w:p>
    <w:p>
      <w:pPr>
        <w:spacing w:before="0" w:after="0" w:line="240" w:lineRule="auto"/>
        <w:ind w:firstLine="0"/>
        <w:jc w:val="center"/>
      </w:pPr>
      <w:r>
        <w:t xml:space="preserve">Dosen Pembimbing: [Nama Dosen Pembimbing]</w:t>
      </w:r>
    </w:p>
    <w:p>
      <w:pPr>
        <w:pStyle w:val="Heading1"/>
        <w:spacing w:before="480" w:after="240" w:line="240" w:lineRule="auto"/>
      </w:pPr>
      <w:r>
        <w:t>ABSTRAK</w:t>
      </w:r>
    </w:p>
    <w:p>
      <w:pPr>
        <w:spacing w:line="240" w:lineRule="auto"/>
        <w:ind w:firstLine="720"/>
        <w:jc w:val="both"/>
      </w:pPr>
      <w:r>
        <w:rPr>
          <w:i/>
        </w:rPr>
        <w:t>[Ringkas latar belakang/masalah, tujuan, metode, hasil utama, dan simpulan penelitian dalam bahasa Indonesia. Maksimal 350 kata, spasi 1, setiap paragraf masuk 1 tab.]</w:t>
      </w:r>
    </w:p>
    <w:p>
      <w:pPr>
        <w:spacing w:before="480" w:line="240" w:lineRule="auto"/>
      </w:pPr>
      <w:r>
        <w:rPr>
          <w:b/>
        </w:rPr>
        <w:t xml:space="preserve">Kata Kunci: </w:t>
      </w:r>
      <w:r>
        <w:rPr>
          <w:i/>
        </w:rPr>
        <w:t>[3–5 kata kunci, diurutkan menurut abjad, dipisahkan koma]</w:t>
      </w:r>
    </w:p>
    <w:p>
      <w:pPr>
        <w:pageBreakBefore/>
        <w:spacing w:before="0" w:after="0" w:line="240" w:lineRule="auto"/>
        <w:ind w:firstLine="0"/>
        <w:jc w:val="center"/>
      </w:pPr>
      <w:r>
        <w:rPr>
          <w:b/>
          <w:sz w:val="28"/>
        </w:rPr>
        <w:t xml:space="preserve">[TITLE IN ENGLISH]</w:t>
      </w:r>
    </w:p>
    <w:p>
      <w:pPr>
        <w:spacing w:before="480" w:after="0" w:line="240" w:lineRule="auto"/>
        <w:ind w:firstLine="0"/>
        <w:jc w:val="center"/>
      </w:pPr>
      <w:r>
        <w:t xml:space="preserve">[NAMA MAHASISWA] ([NIM])</w:t>
      </w:r>
    </w:p>
    <w:p>
      <w:pPr>
        <w:spacing w:before="0" w:after="0" w:line="240" w:lineRule="auto"/>
        <w:ind w:firstLine="0"/>
        <w:jc w:val="center"/>
      </w:pPr>
      <w:r>
        <w:t xml:space="preserve">Supervisor: [Nama Dosen Pembimbing]</w:t>
      </w:r>
    </w:p>
    <w:p>
      <w:pPr>
        <w:pStyle w:val="Heading1"/>
        <w:spacing w:before="480" w:after="240" w:line="240" w:lineRule="auto"/>
      </w:pPr>
      <w:r>
        <w:t>ABSTRACT</w:t>
      </w:r>
    </w:p>
    <w:p>
      <w:pPr>
        <w:spacing w:line="240" w:lineRule="auto"/>
        <w:ind w:firstLine="720"/>
        <w:jc w:val="both"/>
      </w:pPr>
      <w:r>
        <w:rPr>
          <w:i/>
        </w:rPr>
        <w:t>[Terjemahan abstrak dalam bahasa Inggris.]</w:t>
      </w:r>
    </w:p>
    <w:p>
      <w:pPr>
        <w:spacing w:before="480" w:line="240" w:lineRule="auto"/>
      </w:pPr>
      <w:r>
        <w:rPr>
          <w:b/>
        </w:rPr>
        <w:t xml:space="preserve">Keywords: </w:t>
      </w:r>
      <w:r>
        <w:rPr>
          <w:i/>
        </w:rPr>
        <w:t>[3–5 keywords, in alphabetical order, separated by commas]</w:t>
      </w:r>
    </w:p>
    <w:p>
      <w:pPr>
        <w:pStyle w:val="Heading1"/>
        <w:pageBreakBefore/>
        <w:spacing w:after="240" w:line="360" w:lineRule="auto"/>
      </w:pPr>
      <w:r>
        <w:t>DAFTAR ISI</w:t>
      </w:r>
    </w:p>
    <w:p>
      <w:pPr>
        <w:spacing w:line="360" w:lineRule="auto"/>
      </w:pPr>
      <w:r>
        <w:fldChar w:fldCharType="begin"/>
      </w:r>
      <w:r>
        <w:instrText xml:space="preserve"> TOC \o "1-3" \h \z \u </w:instrText>
      </w:r>
      <w:r>
        <w:fldChar w:fldCharType="separate"/>
      </w:r>
      <w:r>
        <w:t>[Klik kanan di sini → Update Field untuk membangkitkan daftar ini.]</w:t>
      </w:r>
      <w:r>
        <w:fldChar w:fldCharType="end"/>
      </w:r>
    </w:p>
    <w:p>
      <w:pPr>
        <w:pStyle w:val="Heading1"/>
        <w:pageBreakBefore/>
        <w:spacing w:after="240" w:line="360" w:lineRule="auto"/>
      </w:pPr>
      <w:r>
        <w:t>DAFTAR GAMBAR</w:t>
      </w:r>
    </w:p>
    <w:p>
      <w:pPr>
        <w:spacing w:line="360" w:lineRule="auto"/>
      </w:pPr>
      <w:r>
        <w:fldChar w:fldCharType="begin"/>
      </w:r>
      <w:r>
        <w:instrText xml:space="preserve"> TOC \h \z \t "Caption;1" </w:instrText>
      </w:r>
      <w:r>
        <w:fldChar w:fldCharType="separate"/>
      </w:r>
      <w:r>
        <w:t>[Klik kanan di sini → Update Field untuk membangkitkan daftar ini.]</w:t>
      </w:r>
      <w:r>
        <w:fldChar w:fldCharType="end"/>
      </w:r>
    </w:p>
    <w:p>
      <w:pPr>
        <w:pStyle w:val="Heading1"/>
        <w:pageBreakBefore/>
        <w:spacing w:after="240" w:line="360" w:lineRule="auto"/>
      </w:pPr>
      <w:r>
        <w:t>DAFTAR TABEL</w:t>
      </w:r>
    </w:p>
    <w:p>
      <w:pPr>
        <w:spacing w:line="360" w:lineRule="auto"/>
      </w:pPr>
      <w:r>
        <w:fldChar w:fldCharType="begin"/>
      </w:r>
      <w:r>
        <w:instrText xml:space="preserve"> TOC \h \z \t "Judul Tabel;1" </w:instrText>
      </w:r>
      <w:r>
        <w:fldChar w:fldCharType="separate"/>
      </w:r>
      <w:r>
        <w:t>[Klik kanan di sini → Update Field untuk membangkitkan daftar ini.]</w:t>
      </w:r>
      <w:r>
        <w:fldChar w:fldCharType="end"/>
      </w:r>
    </w:p>
    <w:p>
      <w:pPr>
        <w:sectPr>
          <w:footerReference w:type="default" r:id="rId12"/>
          <w:pgSz w:w="11906" w:h="16838"/>
          <w:pgMar w:top="2268" w:right="1701" w:bottom="1701" w:left="2268" w:header="709" w:footer="709" w:gutter="0"/>
          <w:pgNumType w:fmt="lowerRoman"/>
          <w:cols w:space="720"/>
          <w:docGrid w:linePitch="360"/>
        </w:sectPr>
      </w:pPr>
    </w:p>
    <w:p>
      <w:pPr>
        <w:pStyle w:val="Heading1"/>
        <w:spacing w:after="240"/>
      </w:pPr>
      <w:r>
        <w:t>BAB I</w:t>
      </w:r>
      <w:r>
        <w:br/>
        <w:t>PENDAHULUAN</w:t>
      </w:r>
    </w:p>
    <w:p>
      <w:pPr>
        <w:pStyle w:val="Heading2"/>
      </w:pPr>
      <w:r>
        <w:t>1.1 Latar Belakang</w:t>
      </w:r>
    </w:p>
    <w:p>
      <w:pPr>
        <w:pStyle w:val="TeksIsi"/>
      </w:pPr>
      <w:r>
        <w:rPr>
          <w:i/>
        </w:rPr>
        <w:t>[Jelaskan latar belakang masalah secara sistematis: kondisi saat ini, masalah yang ditemukan, alasan pentingnya penelitian, pendekatan/teknologi yang digunakan, dan alasan penelitian perlu dilakukan. Gunakan referensi yang relevan dan kutip dengan gaya APA, mis. (Nama, Tahun).]</w:t>
      </w:r>
    </w:p>
    <w:p>
      <w:pPr>
        <w:pStyle w:val="Heading2"/>
      </w:pPr>
      <w:r>
        <w:t>1.2 Tujuan Penelitian</w:t>
      </w:r>
    </w:p>
    <w:p>
      <w:pPr>
        <w:pStyle w:val="TeksIsi"/>
      </w:pPr>
      <w:r>
        <w:rPr>
          <w:i/>
        </w:rPr>
        <w:t>[Tuliskan tujuan penelitian secara spesifik, terukur, dan selaras dengan permasalahan penelitian.]</w:t>
      </w:r>
    </w:p>
    <w:p>
      <w:pPr>
        <w:pStyle w:val="TeksIsi"/>
      </w:pPr>
      <w:r>
        <w:rPr>
          <w:i/>
        </w:rPr>
        <w:t>1. [Tujuan penelitian ke-1]</w:t>
      </w:r>
    </w:p>
    <w:p>
      <w:pPr>
        <w:pStyle w:val="TeksIsi"/>
      </w:pPr>
      <w:r>
        <w:rPr>
          <w:i/>
        </w:rPr>
        <w:t>2. [Tujuan penelitian ke-2]</w:t>
      </w:r>
    </w:p>
    <w:p>
      <w:pPr>
        <w:pStyle w:val="Heading2"/>
      </w:pPr>
      <w:r>
        <w:t>1.3 Rumusan Masalah</w:t>
      </w:r>
    </w:p>
    <w:p>
      <w:pPr>
        <w:pStyle w:val="TeksIsi"/>
      </w:pPr>
      <w:r>
        <w:rPr>
          <w:i/>
        </w:rPr>
        <w:t>[Tuliskan rumusan/permasalahan penelitian dalam bentuk pertanyaan atau pernyataan yang jelas.]</w:t>
      </w:r>
    </w:p>
    <w:p>
      <w:pPr>
        <w:pStyle w:val="Heading2"/>
      </w:pPr>
      <w:r>
        <w:t>1.4 Batasan Masalah</w:t>
      </w:r>
    </w:p>
    <w:p>
      <w:pPr>
        <w:pStyle w:val="TeksIsi"/>
      </w:pPr>
      <w:r>
        <w:rPr>
          <w:i/>
        </w:rPr>
        <w:t>[Tuliskan ruang lingkup dan batasan penelitian agar pembahasan tetap terarah.]</w:t>
      </w:r>
    </w:p>
    <w:p>
      <w:pPr>
        <w:pStyle w:val="TeksIsi"/>
      </w:pPr>
      <w:r>
        <w:rPr>
          <w:i/>
        </w:rPr>
        <w:t>1. [Batasan masalah ke-1]</w:t>
      </w:r>
    </w:p>
    <w:p>
      <w:pPr>
        <w:pStyle w:val="TeksIsi"/>
      </w:pPr>
      <w:r>
        <w:rPr>
          <w:i/>
        </w:rPr>
        <w:t>2. [Batasan masalah ke-2]</w:t>
      </w:r>
    </w:p>
    <w:p>
      <w:pPr>
        <w:pStyle w:val="Heading2"/>
      </w:pPr>
      <w:r>
        <w:t>1.5 Manfaat Penelitian</w:t>
      </w:r>
    </w:p>
    <w:p>
      <w:pPr>
        <w:pStyle w:val="TeksIsi"/>
      </w:pPr>
      <w:r>
        <w:rPr>
          <w:i/>
        </w:rPr>
        <w:t>[Jelaskan manfaat penelitian bagi pengguna, institusi, pengembangan ilmu, maupun pihak terkait.]</w:t>
      </w:r>
    </w:p>
    <w:p>
      <w:pPr>
        <w:pStyle w:val="Heading2"/>
      </w:pPr>
      <w:r>
        <w:t>1.6 Sistematika Penulisan</w:t>
      </w:r>
    </w:p>
    <w:p>
      <w:pPr>
        <w:pStyle w:val="TeksIsi"/>
      </w:pPr>
      <w:r>
        <w:rPr>
          <w:i/>
        </w:rPr>
        <w:t>[Jelaskan sistematika penulisan laporan Tugas Akhir.]</w:t>
      </w:r>
    </w:p>
    <w:p>
      <w:pPr>
        <w:pStyle w:val="TeksIsi"/>
        <w:ind w:firstLine="0"/>
      </w:pPr>
      <w:r>
        <w:t>BAB I : Pendahuluan</w:t>
      </w:r>
    </w:p>
    <w:p>
      <w:pPr>
        <w:pStyle w:val="TeksIsi"/>
      </w:pPr>
      <w:r>
        <w:rPr>
          <w:i/>
        </w:rPr>
        <w:t>[Bab ini memuat latar belakang, tujuan, rumusan masalah, batasan masalah, manfaat, dan sistematika penulisan.]</w:t>
      </w:r>
    </w:p>
    <w:p>
      <w:pPr>
        <w:pStyle w:val="TeksIsi"/>
        <w:ind w:firstLine="0"/>
      </w:pPr>
      <w:r>
        <w:t>BAB II : Tinjauan Pustaka</w:t>
      </w:r>
    </w:p>
    <w:p>
      <w:pPr>
        <w:pStyle w:val="TeksIsi"/>
      </w:pPr>
      <w:r>
        <w:rPr>
          <w:i/>
        </w:rPr>
        <w:t>[Bab ini memuat dasar teori dan kajian literatur yang melandasi penelitian.]</w:t>
      </w:r>
    </w:p>
    <w:p>
      <w:pPr>
        <w:pStyle w:val="TeksIsi"/>
        <w:ind w:firstLine="0"/>
      </w:pPr>
      <w:r>
        <w:t>BAB III : Rancangan Sistem</w:t>
      </w:r>
    </w:p>
    <w:p>
      <w:pPr>
        <w:pStyle w:val="TeksIsi"/>
      </w:pPr>
      <w:r>
        <w:rPr>
          <w:i/>
        </w:rPr>
        <w:t>[Bab ini memuat lokasi penelitian, alat dan bahan, metode pengumpulan data, dan tahap pengembangan sistem.]</w:t>
      </w:r>
    </w:p>
    <w:p>
      <w:pPr>
        <w:pStyle w:val="TeksIsi"/>
        <w:ind w:firstLine="0"/>
      </w:pPr>
      <w:r>
        <w:t>BAB IV : Implementasi dan Pembahasan</w:t>
      </w:r>
    </w:p>
    <w:p>
      <w:pPr>
        <w:pStyle w:val="TeksIsi"/>
      </w:pPr>
      <w:r>
        <w:rPr>
          <w:i/>
        </w:rPr>
        <w:t>[Bab ini memuat hasil implementasi, pengujian, dan pembahasan.]</w:t>
      </w:r>
    </w:p>
    <w:p>
      <w:pPr>
        <w:pStyle w:val="TeksIsi"/>
        <w:ind w:firstLine="0"/>
      </w:pPr>
      <w:r>
        <w:t>BAB V : Penutup</w:t>
      </w:r>
    </w:p>
    <w:p>
      <w:pPr>
        <w:pStyle w:val="TeksIsi"/>
      </w:pPr>
      <w:r>
        <w:rPr>
          <w:i/>
        </w:rPr>
        <w:t>[Bab ini memuat kesimpulan dan saran.]</w:t>
      </w:r>
    </w:p>
    <w:p>
      <w:pPr>
        <w:sectPr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2268" w:right="1701" w:bottom="1701" w:left="2268" w:header="709" w:footer="709" w:gutter="0"/>
          <w:pgNumType w:start="1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BAB II</w:t>
      </w:r>
      <w:r>
        <w:br/>
        <w:t>TINJAUAN PUSTAKA</w:t>
      </w:r>
    </w:p>
    <w:p>
      <w:pPr>
        <w:pStyle w:val="Heading2"/>
      </w:pPr>
      <w:r>
        <w:t>2.1 Dasar Teori</w:t>
      </w:r>
    </w:p>
    <w:p>
      <w:pPr>
        <w:pStyle w:val="Heading3"/>
      </w:pPr>
      <w:r>
        <w:t>2.1.1 [Teori/Konsep Utama 1]</w:t>
      </w:r>
    </w:p>
    <w:p>
      <w:pPr>
        <w:pStyle w:val="TeksIsi"/>
      </w:pPr>
      <w:r>
        <w:rPr>
          <w:i/>
        </w:rPr>
        <w:t>[Tuliskan landasan teori yang relevan dan didukung sumber pustaka. Jelaskan definisi, konsep, karakteristik, fungsi, serta keterkaitannya dengan penelitian.]</w:t>
      </w:r>
    </w:p>
    <w:p>
      <w:pPr>
        <w:pStyle w:val="Heading3"/>
      </w:pPr>
      <w:r>
        <w:t>2.1.2 [Teori/Konsep Utama 2]</w:t>
      </w:r>
    </w:p>
    <w:p>
      <w:pPr>
        <w:pStyle w:val="TeksIsi"/>
      </w:pPr>
      <w:r>
        <w:rPr>
          <w:i/>
        </w:rPr>
        <w:t>[Tuliskan landasan teori yang relevan dan didukung sumber pustaka. Jelaskan definisi, konsep, karakteristik, fungsi, serta keterkaitannya dengan penelitian.]</w:t>
      </w:r>
    </w:p>
    <w:p>
      <w:pPr>
        <w:pStyle w:val="Heading3"/>
      </w:pPr>
      <w:r>
        <w:t>2.1.3 [Teknologi/Metode/Tools yang Digunakan]</w:t>
      </w:r>
    </w:p>
    <w:p>
      <w:pPr>
        <w:pStyle w:val="TeksIsi"/>
      </w:pPr>
      <w:r>
        <w:rPr>
          <w:i/>
        </w:rPr>
        <w:t>[Tuliskan landasan teori yang relevan dan didukung sumber pustaka. Jelaskan definisi, konsep, karakteristik, fungsi, serta keterkaitannya dengan penelitian.]</w:t>
      </w:r>
    </w:p>
    <w:p>
      <w:pPr>
        <w:pStyle w:val="Heading3"/>
      </w:pPr>
      <w:r>
        <w:t>2.1.4 [Konsep/Domain Penelitian]</w:t>
      </w:r>
    </w:p>
    <w:p>
      <w:pPr>
        <w:pStyle w:val="TeksIsi"/>
      </w:pPr>
      <w:r>
        <w:rPr>
          <w:i/>
        </w:rPr>
        <w:t>[Tuliskan landasan teori yang relevan dan didukung sumber pustaka. Jelaskan definisi, konsep, karakteristik, fungsi, serta keterkaitannya dengan penelitian.]</w:t>
      </w:r>
    </w:p>
    <w:p>
      <w:pPr>
        <w:pStyle w:val="Heading2"/>
      </w:pPr>
      <w:r>
        <w:t>2.2 Kajian Literatur</w:t>
      </w:r>
    </w:p>
    <w:p>
      <w:pPr>
        <w:pStyle w:val="TeksIsi"/>
      </w:pPr>
      <w:r>
        <w:rPr>
          <w:i/>
        </w:rPr>
        <w:t>[Ringkas penelitian terdahulu yang relevan. Untuk setiap penelitian, tuliskan penulis/tahun, judul, tujuan, metode, hasil utama, serta perbedaan/kebaruan penelitian ini. Rujuk tabel berikut dalam narasi.]</w:t>
      </w:r>
    </w:p>
    <w:p>
      <w:pPr>
        <w:pStyle w:val="JudulTabel"/>
      </w:pPr>
      <w:r>
        <w:t>Tabel 2.1 [Ringkasan Penelitian Terdahulu]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1323"/>
        <w:gridCol w:w="1323"/>
        <w:gridCol w:w="1323"/>
        <w:gridCol w:w="1323"/>
        <w:gridCol w:w="1323"/>
        <w:gridCol w:w="1323"/>
      </w:tblGrid>
      <w:tr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No.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Peneliti/Tahun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Judul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Metode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Hasil Utama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Perbedaan/Kebaruan</w:t>
            </w:r>
          </w:p>
        </w:tc>
      </w:tr>
      <w:tr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  <w:tr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  <w:tr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323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</w:tbl>
    <w:p>
      <w:pPr>
        <w:sectPr>
          <w:pgSz w:w="11906" w:h="16838"/>
          <w:pgMar w:top="2268" w:right="1701" w:bottom="1701" w:left="2268" w:header="709" w:footer="709" w:gutter="0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BAB III</w:t>
      </w:r>
      <w:r>
        <w:br/>
        <w:t>RANCANGAN SISTEM</w:t>
      </w:r>
    </w:p>
    <w:p>
      <w:pPr>
        <w:pStyle w:val="Heading2"/>
      </w:pPr>
      <w:r>
        <w:t>3.1 Lokasi Penelitian</w:t>
      </w:r>
    </w:p>
    <w:p>
      <w:pPr>
        <w:pStyle w:val="TeksIsi"/>
      </w:pPr>
      <w:r>
        <w:rPr>
          <w:i/>
        </w:rPr>
        <w:t>[Tuliskan lokasi penelitian, alamat, objek penelitian, dan waktu pelaksanaan penelitian.]</w:t>
      </w:r>
    </w:p>
    <w:p>
      <w:pPr>
        <w:pStyle w:val="Heading2"/>
      </w:pPr>
      <w:r>
        <w:t>3.2 Alat dan Bahan</w:t>
      </w:r>
    </w:p>
    <w:p>
      <w:pPr>
        <w:pStyle w:val="Heading3"/>
      </w:pPr>
      <w:r>
        <w:t>3.2.1 Alat</w:t>
      </w:r>
    </w:p>
    <w:p>
      <w:pPr>
        <w:pStyle w:val="TeksIsi"/>
      </w:pPr>
      <w:r>
        <w:rPr>
          <w:i/>
        </w:rPr>
        <w:t>[Tuliskan perangkat keras dan perangkat lunak yang digunakan.]</w:t>
      </w:r>
    </w:p>
    <w:p>
      <w:pPr>
        <w:pStyle w:val="TeksIsi"/>
      </w:pPr>
      <w:r>
        <w:rPr>
          <w:i/>
        </w:rPr>
        <w:t>a) [Nama alat/perangkat 1]</w:t>
      </w:r>
    </w:p>
    <w:p>
      <w:pPr>
        <w:pStyle w:val="TeksIsi"/>
      </w:pPr>
      <w:r>
        <w:rPr>
          <w:i/>
        </w:rPr>
        <w:t>b) [Nama alat/perangkat 2]</w:t>
      </w:r>
    </w:p>
    <w:p>
      <w:pPr>
        <w:pStyle w:val="Heading3"/>
      </w:pPr>
      <w:r>
        <w:t>3.2.2 Bahan</w:t>
      </w:r>
    </w:p>
    <w:p>
      <w:pPr>
        <w:pStyle w:val="TeksIsi"/>
      </w:pPr>
      <w:r>
        <w:rPr>
          <w:i/>
        </w:rPr>
        <w:t>[Tuliskan bahan/data/referensi yang diperlukan dalam penelitian.]</w:t>
      </w:r>
    </w:p>
    <w:p>
      <w:pPr>
        <w:pStyle w:val="TeksIsi"/>
      </w:pPr>
      <w:r>
        <w:rPr>
          <w:i/>
        </w:rPr>
        <w:t>a) [Bahan/data 1]</w:t>
      </w:r>
    </w:p>
    <w:p>
      <w:pPr>
        <w:pStyle w:val="TeksIsi"/>
      </w:pPr>
      <w:r>
        <w:rPr>
          <w:i/>
        </w:rPr>
        <w:t>b) [Bahan/data 2]</w:t>
      </w:r>
    </w:p>
    <w:p>
      <w:pPr>
        <w:pStyle w:val="Heading2"/>
      </w:pPr>
      <w:r>
        <w:t>3.3 Metode Pengumpulan Data</w:t>
      </w:r>
    </w:p>
    <w:p>
      <w:pPr>
        <w:pStyle w:val="TeksIsi"/>
      </w:pPr>
      <w:r>
        <w:rPr>
          <w:i/>
        </w:rPr>
        <w:t>[Jelaskan metode pengumpulan data yang digunakan (mis. studi literatur, observasi, kuesioner) dan alasan pemilihannya.]</w:t>
      </w:r>
    </w:p>
    <w:p>
      <w:pPr>
        <w:pStyle w:val="Heading2"/>
      </w:pPr>
      <w:r>
        <w:t>3.4 Tahap Pembuatan/Pengembangan Sistem</w:t>
      </w:r>
    </w:p>
    <w:p>
      <w:pPr>
        <w:pStyle w:val="TeksIsi"/>
      </w:pPr>
      <w:r>
        <w:rPr>
          <w:i/>
        </w:rPr>
        <w:t>[Jelaskan tahapan pengembangan sistem secara berurutan, misalnya analisis kebutuhan, perancangan, implementasi, pengujian, dan evaluasi.]</w:t>
      </w:r>
    </w:p>
    <w:p>
      <w:pPr>
        <w:pStyle w:val="Heading3"/>
      </w:pPr>
      <w:r>
        <w:t>3.4.1 Use Case</w:t>
      </w:r>
    </w:p>
    <w:p>
      <w:pPr>
        <w:pStyle w:val="TeksIsi"/>
      </w:pPr>
      <w:r>
        <w:rPr>
          <w:i/>
        </w:rPr>
        <w:t>[Jelaskan aktor dan kebutuhan fungsional sistem. Sisipkan gambar berikut dan rujuk dalam narasi.]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3.1 [Use Case]</w:t>
      </w:r>
    </w:p>
    <w:p>
      <w:pPr>
        <w:pStyle w:val="Heading3"/>
      </w:pPr>
      <w:r>
        <w:t>3.4.2 Diagram Alir (Flowchart)</w:t>
      </w:r>
    </w:p>
    <w:p>
      <w:pPr>
        <w:pStyle w:val="TeksIsi"/>
      </w:pPr>
      <w:r>
        <w:rPr>
          <w:i/>
        </w:rPr>
        <w:t>[Jelaskan alur proses utama sistem dan hubungan antarproses. Sisipkan gambar berikut dan rujuk dalam narasi.]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3.2 [Diagram Alir (Flowchart)]</w:t>
      </w:r>
    </w:p>
    <w:p>
      <w:pPr>
        <w:pStyle w:val="Heading3"/>
      </w:pPr>
      <w:r>
        <w:t>3.4.3 Blok Diagram</w:t>
      </w:r>
    </w:p>
    <w:p>
      <w:pPr>
        <w:pStyle w:val="TeksIsi"/>
      </w:pPr>
      <w:r>
        <w:rPr>
          <w:i/>
        </w:rPr>
        <w:t>[Jelaskan arsitektur atau alur kerja sistem secara keseluruhan. Sisipkan gambar berikut dan rujuk dalam narasi.]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3.3 [Blok Diagram]</w:t>
      </w:r>
    </w:p>
    <w:p>
      <w:pPr>
        <w:pStyle w:val="Heading3"/>
      </w:pPr>
      <w:r>
        <w:t>3.4.4 Perancangan Interface</w:t>
      </w:r>
    </w:p>
    <w:p>
      <w:pPr>
        <w:pStyle w:val="TeksIsi"/>
      </w:pPr>
      <w:r>
        <w:rPr>
          <w:i/>
        </w:rPr>
        <w:t>[Jelaskan rancangan antarmuka dan fungsi setiap halaman/menu. Sisipkan gambar berikut dan rujuk dalam narasi.]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3.4 [Perancangan Interface]</w:t>
      </w:r>
    </w:p>
    <w:p>
      <w:pPr>
        <w:sectPr>
          <w:pgSz w:w="11906" w:h="16838"/>
          <w:pgMar w:top="2268" w:right="1701" w:bottom="1701" w:left="2268" w:header="709" w:footer="709" w:gutter="0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BAB IV</w:t>
      </w:r>
      <w:r>
        <w:br/>
        <w:t>IMPLEMENTASI DAN PEMBAHASAN</w:t>
      </w:r>
    </w:p>
    <w:p>
      <w:pPr>
        <w:pStyle w:val="TeksIsi"/>
      </w:pPr>
      <w:r>
        <w:rPr>
          <w:i/>
        </w:rPr>
        <w:t>[Pengantar singkat isi bab: hasil implementasi rancangan pada BAB III, pengujian, dan pembahasannya. Subbab di bawah dapat ditambah/dikurangi sesuai jenis sistem dan arahan dosen pembimbing.]</w:t>
      </w:r>
    </w:p>
    <w:p>
      <w:pPr>
        <w:pStyle w:val="Heading2"/>
      </w:pPr>
      <w:r>
        <w:t>4.1 Implementasi Sistem</w:t>
      </w:r>
    </w:p>
    <w:p>
      <w:pPr>
        <w:pStyle w:val="TeksIsi"/>
      </w:pPr>
      <w:r>
        <w:rPr>
          <w:i/>
        </w:rPr>
        <w:t>[Tunjukkan hasil implementasi: tampilan aplikasi/alat yang sudah jadi, potongan kode penting, dan kesesuaiannya dengan rancangan.]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7937"/>
      </w:tblGrid>
      <w:tr>
        <w:tc>
          <w:tcPr>
            <w:tcW w:type="dxa" w:w="7937"/>
          </w:tcPr>
          <w:p>
            <w:pPr>
              <w:jc w:val="center"/>
            </w:pPr>
            <w:r>
              <w:rPr>
                <w:i/>
              </w:rPr>
              <w:t>[SISIPKAN GAMBAR / DIAGRAM DI SINI]</w:t>
            </w:r>
          </w:p>
        </w:tc>
      </w:tr>
    </w:tbl>
    <w:p>
      <w:pPr>
        <w:pStyle w:val="Caption"/>
      </w:pPr>
      <w:r>
        <w:t>Gambar 4.1 [Hasil Implementasi]</w:t>
      </w:r>
    </w:p>
    <w:p>
      <w:pPr>
        <w:pStyle w:val="Heading2"/>
      </w:pPr>
      <w:r>
        <w:t>4.2 Kebutuhan Perangkat Keras dan Perangkat Lunak</w:t>
      </w:r>
    </w:p>
    <w:p>
      <w:pPr>
        <w:pStyle w:val="Heading3"/>
      </w:pPr>
      <w:r>
        <w:t>4.2.1 Kebutuhan Perangkat Keras</w:t>
      </w:r>
    </w:p>
    <w:p>
      <w:pPr>
        <w:pStyle w:val="TeksIsi"/>
      </w:pPr>
      <w:r>
        <w:rPr>
          <w:i/>
        </w:rPr>
        <w:t>[Tuliskan spesifikasi perangkat keras yang dipakai untuk menjalankan/menguji sistem.]</w:t>
      </w:r>
    </w:p>
    <w:p>
      <w:pPr>
        <w:pStyle w:val="Heading3"/>
      </w:pPr>
      <w:r>
        <w:t>4.2.2 Kebutuhan Perangkat Lunak</w:t>
      </w:r>
    </w:p>
    <w:p>
      <w:pPr>
        <w:pStyle w:val="TeksIsi"/>
      </w:pPr>
      <w:r>
        <w:rPr>
          <w:i/>
        </w:rPr>
        <w:t>[Tuliskan perangkat lunak, pustaka, dan layanan yang dipakai beserta versinya.]</w:t>
      </w:r>
    </w:p>
    <w:p>
      <w:pPr>
        <w:pStyle w:val="Heading2"/>
      </w:pPr>
      <w:r>
        <w:t>4.3 Pengujian Perangkat Keras</w:t>
      </w:r>
    </w:p>
    <w:p>
      <w:pPr>
        <w:pStyle w:val="TeksIsi"/>
      </w:pPr>
      <w:r>
        <w:rPr>
          <w:i/>
        </w:rPr>
        <w:t>[Bila sistem memakai perangkat keras: jelaskan skenario, langkah, dan hasil pengujian tiap komponen. Hapus subbab ini bila tidak relevan.]</w:t>
      </w:r>
    </w:p>
    <w:p>
      <w:pPr>
        <w:pStyle w:val="Heading2"/>
      </w:pPr>
      <w:r>
        <w:t>4.4 Pengujian Perangkat Lunak</w:t>
      </w:r>
    </w:p>
    <w:p>
      <w:pPr>
        <w:pStyle w:val="TeksIsi"/>
      </w:pPr>
      <w:r>
        <w:rPr>
          <w:i/>
        </w:rPr>
        <w:t>[Jelaskan skenario dan hasil pengujian fungsional (mis. black box), konektivitas, atau usability.]</w:t>
      </w:r>
    </w:p>
    <w:p>
      <w:pPr>
        <w:pStyle w:val="JudulTabel"/>
      </w:pPr>
      <w:r>
        <w:t>Tabel 4.1 [Hasil Pengujian]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jc w:val="center"/>
      </w:tblPr>
      <w:tblGrid>
        <w:gridCol w:w="1587"/>
        <w:gridCol w:w="1587"/>
        <w:gridCol w:w="1587"/>
        <w:gridCol w:w="1587"/>
        <w:gridCol w:w="1587"/>
      </w:tblGrid>
      <w:tr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No.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Skenario Pengujian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Hasil yang Diharapkan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Hasil Pengujian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rPr>
                <w:b/>
              </w:rPr>
              <w:t>Keterangan</w:t>
            </w:r>
          </w:p>
        </w:tc>
      </w:tr>
      <w:tr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  <w:tr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  <w:tr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  <w:tc>
          <w:tcPr>
            <w:tcW w:type="dxa" w:w="1587"/>
          </w:tcPr>
          <w:p>
            <w:pPr>
              <w:spacing w:line="240" w:lineRule="auto"/>
              <w:jc w:val="center"/>
            </w:pPr>
            <w:r>
              <w:t>[...]</w:t>
            </w:r>
          </w:p>
        </w:tc>
      </w:tr>
    </w:tbl>
    <w:p>
      <w:pPr>
        <w:pStyle w:val="Heading2"/>
      </w:pPr>
      <w:r>
        <w:t>4.5 Pengujian Keseluruhan Sistem</w:t>
      </w:r>
    </w:p>
    <w:p>
      <w:pPr>
        <w:pStyle w:val="TeksIsi"/>
      </w:pPr>
      <w:r>
        <w:rPr>
          <w:i/>
        </w:rPr>
        <w:t>[Jelaskan pengujian sistem secara terpadu dan bahas hasilnya terhadap tujuan penelitian pada BAB I.]</w:t>
      </w:r>
    </w:p>
    <w:p>
      <w:pPr>
        <w:sectPr>
          <w:pgSz w:w="11906" w:h="16838"/>
          <w:pgMar w:top="2268" w:right="1701" w:bottom="1701" w:left="2268" w:header="709" w:footer="709" w:gutter="0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BAB V</w:t>
      </w:r>
      <w:r>
        <w:br/>
        <w:t>PENUTUP</w:t>
      </w:r>
    </w:p>
    <w:p>
      <w:pPr>
        <w:pStyle w:val="Heading2"/>
      </w:pPr>
      <w:r>
        <w:t>5.1 Kesimpulan</w:t>
      </w:r>
    </w:p>
    <w:p>
      <w:pPr>
        <w:pStyle w:val="TeksIsi"/>
      </w:pPr>
      <w:r>
        <w:rPr>
          <w:i/>
        </w:rPr>
        <w:t>[Jawab rumusan masalah dan tujuan penelitian secara ringkas berdasarkan hasil pada BAB IV.]</w:t>
      </w:r>
    </w:p>
    <w:p>
      <w:pPr>
        <w:pStyle w:val="TeksIsi"/>
      </w:pPr>
      <w:r>
        <w:rPr>
          <w:i/>
        </w:rPr>
        <w:t>1. [Kesimpulan ke-1]</w:t>
      </w:r>
    </w:p>
    <w:p>
      <w:pPr>
        <w:pStyle w:val="TeksIsi"/>
      </w:pPr>
      <w:r>
        <w:rPr>
          <w:i/>
        </w:rPr>
        <w:t>2. [Kesimpulan ke-2]</w:t>
      </w:r>
    </w:p>
    <w:p>
      <w:pPr>
        <w:pStyle w:val="Heading2"/>
      </w:pPr>
      <w:r>
        <w:t>5.2 Saran</w:t>
      </w:r>
    </w:p>
    <w:p>
      <w:pPr>
        <w:pStyle w:val="TeksIsi"/>
      </w:pPr>
      <w:r>
        <w:rPr>
          <w:i/>
        </w:rPr>
        <w:t>[Tuliskan keterbatasan sistem dan saran pengembangan untuk penelitian berikutnya.]</w:t>
      </w:r>
    </w:p>
    <w:p>
      <w:pPr>
        <w:sectPr>
          <w:pgSz w:w="11906" w:h="16838"/>
          <w:pgMar w:top="2268" w:right="1701" w:bottom="1701" w:left="2268" w:header="709" w:footer="709" w:gutter="0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DAFTAR PUSTAKA</w:t>
      </w:r>
    </w:p>
    <w:p>
      <w:pPr>
        <w:pStyle w:val="EntriPustaka"/>
        <w:ind w:left="0" w:hanging="0"/>
      </w:pPr>
      <w:r>
        <w:rPr>
          <w:i/>
        </w:rPr>
        <w:t xml:space="preserve">[Tuliskan semua sumber yang benar-benar dikutip dalam Tugas Akhir dengan gaya APA edisi ke-7: entri tanpa nomor, diurutkan alfabetis menurut nama belakang penulis pertama, dengan indentasi menggantung 1,27 cm dan spasi 1,5. Contoh format per jenis sumber di bawah ini.]</w:t>
      </w:r>
    </w:p>
    <w:p>
      <w:pPr>
        <w:pStyle w:val="EntriPustaka"/>
      </w:pPr>
      <w:r>
        <w:t xml:space="preserve">Nama Organisasi. (Tahun, Tanggal Bulan). </w:t>
      </w:r>
      <w:r>
        <w:rPr>
          <w:i/>
        </w:rPr>
        <w:t xml:space="preserve">Judul halaman web</w:t>
      </w:r>
      <w:r>
        <w:t xml:space="preserve">. Nama Situs. https://alamat-laman</w:t>
      </w:r>
    </w:p>
    <w:p>
      <w:pPr>
        <w:pStyle w:val="EntriPustaka"/>
      </w:pPr>
      <w:r>
        <w:t xml:space="preserve">Penulis, A. A. (Tahun). </w:t>
      </w:r>
      <w:r>
        <w:rPr>
          <w:i/>
        </w:rPr>
        <w:t xml:space="preserve">Judul buku: Anak judul</w:t>
      </w:r>
      <w:r>
        <w:t xml:space="preserve"> (Edisi ke-x). Nama Penerbit.</w:t>
      </w:r>
    </w:p>
    <w:p>
      <w:pPr>
        <w:pStyle w:val="EntriPustaka"/>
      </w:pPr>
      <w:r>
        <w:t xml:space="preserve">Penulis, A. A. (Tahun). </w:t>
      </w:r>
      <w:r>
        <w:rPr>
          <w:i/>
        </w:rPr>
        <w:t xml:space="preserve">Judul skripsi</w:t>
      </w:r>
      <w:r>
        <w:t xml:space="preserve"> [Skripsi, Nama Universitas]. Nama Repositori. https://alamat-repositori</w:t>
      </w:r>
    </w:p>
    <w:p>
      <w:pPr>
        <w:pStyle w:val="EntriPustaka"/>
      </w:pPr>
      <w:r>
        <w:t xml:space="preserve">Penulis, A. A., &amp; Penulis, B. B. (Tahun). Judul artikel jurnal. </w:t>
      </w:r>
      <w:r>
        <w:rPr>
          <w:i/>
        </w:rPr>
        <w:t xml:space="preserve">Nama Jurnal, Volume</w:t>
      </w:r>
      <w:r>
        <w:t xml:space="preserve">(Nomor), halaman awal–halaman akhir. https://doi.org/xx.xxxx/xxxxx</w:t>
      </w:r>
    </w:p>
    <w:p>
      <w:pPr>
        <w:pStyle w:val="EntriPustaka"/>
      </w:pPr>
      <w:r>
        <w:t xml:space="preserve">Penulis, A. A., Penulis, B. B., &amp; Penulis, C. C. (Tahun). Judul makalah. Dalam </w:t>
      </w:r>
      <w:r>
        <w:rPr>
          <w:i/>
        </w:rPr>
        <w:t xml:space="preserve">Nama Prosiding Konferensi</w:t>
      </w:r>
      <w:r>
        <w:t xml:space="preserve"> (hlm. xx–yy). Nama Penerbit. https://doi.org/xx.xxxx/xxxxx</w:t>
      </w:r>
    </w:p>
    <w:p>
      <w:pPr>
        <w:sectPr>
          <w:pgSz w:w="11906" w:h="16838"/>
          <w:pgMar w:top="2268" w:right="1701" w:bottom="1701" w:left="2268" w:header="709" w:footer="709" w:gutter="0"/>
          <w:cols w:space="720"/>
          <w:titlePg/>
          <w:docGrid w:linePitch="360"/>
        </w:sectPr>
      </w:pPr>
    </w:p>
    <w:p>
      <w:pPr>
        <w:pStyle w:val="Heading1"/>
        <w:spacing w:after="240"/>
      </w:pPr>
      <w:r>
        <w:t>LAMPIRAN</w:t>
      </w:r>
    </w:p>
    <w:p>
      <w:pPr>
        <w:pStyle w:val="TeksIsi"/>
        <w:ind w:firstLine="0"/>
      </w:pPr>
      <w:r>
        <w:rPr>
          <w:b/>
        </w:rPr>
        <w:t>Lampiran A. [Judul lampiran, mis. Kode Program]</w:t>
      </w:r>
    </w:p>
    <w:p>
      <w:pPr>
        <w:pStyle w:val="TeksIsi"/>
      </w:pPr>
      <w:r>
        <w:rPr>
          <w:i/>
        </w:rPr>
        <w:t>[Lampirkan kode program, instrumen pengujian/kuesioner, data mentah, atau dokumen pendukung lain.]</w:t>
      </w:r>
    </w:p>
    <w:p>
      <w:pPr>
        <w:pStyle w:val="Heading1"/>
        <w:pageBreakBefore/>
        <w:spacing w:after="240"/>
      </w:pPr>
      <w:r>
        <w:t>CATATAN PENGGUNAAN TEMPLATE</w:t>
      </w:r>
    </w:p>
    <w:p>
      <w:pPr>
        <w:pStyle w:val="EntriPustaka"/>
        <w:ind w:left="284" w:hanging="284"/>
      </w:pPr>
      <w:r>
        <w:t>1. Ganti seluruh teks dalam tanda […] dengan isi yang sebenarnya, lalu hapus halaman catatan ini.</w:t>
      </w:r>
    </w:p>
    <w:p>
      <w:pPr>
        <w:pStyle w:val="EntriPustaka"/>
        <w:ind w:left="284" w:hanging="284"/>
      </w:pPr>
      <w:r>
        <w:t>2. Pertahankan struktur BAB; subbab dapat ditambah/dikurangi sesuai kebutuhan penelitian dan arahan dosen pembimbing.</w:t>
      </w:r>
    </w:p>
    <w:p>
      <w:pPr>
        <w:pStyle w:val="EntriPustaka"/>
        <w:ind w:left="284" w:hanging="284"/>
      </w:pPr>
      <w:r>
        <w:t>3. Gunakan style yang tersedia: Heading 1 (judul bab), Heading 2–3 (subbab), Teks Isi (paragraf), Caption (judul gambar, di bawah gambar), Judul Tabel (judul tabel, di atas tabel), Entri Pustaka.</w:t>
      </w:r>
    </w:p>
    <w:p>
      <w:pPr>
        <w:pStyle w:val="EntriPustaka"/>
        <w:ind w:left="284" w:hanging="284"/>
      </w:pPr>
      <w:r>
        <w:t>4. Perbarui Daftar Isi, Daftar Gambar, dan Daftar Tabel dengan klik kanan pada daftar → Update Field.</w:t>
      </w:r>
    </w:p>
    <w:p>
      <w:pPr>
        <w:pStyle w:val="EntriPustaka"/>
        <w:ind w:left="284" w:hanging="284"/>
      </w:pPr>
      <w:r>
        <w:t>5. Nomor halaman: bagian awal romawi kecil di bawah-tengah; bagian isi angka arab di atas-kanan, kecuali halaman pertama tiap bab di bawah-tengah. Pengaturan ini sudah terpasang per seksi; jangan menghapus pemisah seksi (Section Break) antarbab.</w:t>
      </w:r>
    </w:p>
    <w:p>
      <w:pPr>
        <w:pStyle w:val="EntriPustaka"/>
        <w:ind w:left="284" w:hanging="284"/>
      </w:pPr>
      <w:r>
        <w:t>6. Setiap gambar dan tabel harus diberi nomor dan dirujuk dalam narasi. Setiap sumber pustaka harus dikutip dalam narasi dengan gaya APA, mis. (Nama, Tahun) atau Nama (Tahun).</w:t>
      </w:r>
    </w:p>
    <w:p>
      <w:pPr>
        <w:pStyle w:val="EntriPustaka"/>
        <w:ind w:left="284" w:hanging="284"/>
      </w:pPr>
      <w:r>
        <w:t xml:space="preserve">7. Seluruh teks isi berspasi 1,5 dengan indentasi baris pertama 1,27 cm (1 tab). Daftar pustaka mengikuti APA edisi ke-7: tanpa nomor, urut alfabetis, indentasi menggantung 1,27 cm (style Entri Pustaka).</w:t>
      </w:r>
    </w:p>
    <w:p>
      <w:pPr>
        <w:pStyle w:val="EntriPustaka"/>
        <w:ind w:left="284" w:hanging="284"/>
      </w:pPr>
      <w:r>
        <w:t xml:space="preserve">8. Abstrak dan judul tabel/gambar memakai spasi 1 (Buku Pedoman Prodi TIF 2021, Bab III).</w:t>
      </w:r>
    </w:p>
    <w:sectPr w:rsidR="00F42441" w:rsidRPr="00911CA1" w:rsidSect="00034616">
      <w:pgSz w:w="11906" w:h="16838"/>
      <w:pgMar w:top="2268" w:right="1701" w:bottom="1701" w:left="226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A65E9" w14:textId="77777777" w:rsidR="00134E0B" w:rsidRDefault="00134E0B">
      <w:pPr>
        <w:spacing w:line="240" w:lineRule="auto"/>
      </w:pPr>
      <w:r>
        <w:separator/>
      </w:r>
    </w:p>
  </w:endnote>
  <w:endnote w:type="continuationSeparator" w:id="0">
    <w:p w14:paraId="7D3D22B0" w14:textId="77777777" w:rsidR="00134E0B" w:rsidRDefault="00134E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EF7D0" w14:textId="55F8681E" w:rsidR="00F42441" w:rsidRDefault="00F42441">
    <w:pPr>
      <w:pStyle w:val="Footer"/>
      <w:jc w:val="center"/>
    </w:pP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 PAGE ">
      <w:r>
        <w:t>1</w:t>
      </w:r>
    </w:fldSimple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 PAGE ">
      <w: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B45DD" w14:textId="77777777" w:rsidR="00134E0B" w:rsidRDefault="00134E0B">
      <w:pPr>
        <w:spacing w:line="240" w:lineRule="auto"/>
      </w:pPr>
      <w:r>
        <w:separator/>
      </w:r>
    </w:p>
  </w:footnote>
  <w:footnote w:type="continuationSeparator" w:id="0">
    <w:p w14:paraId="67748D3B" w14:textId="77777777" w:rsidR="00134E0B" w:rsidRDefault="00134E0B">
      <w:pPr>
        <w:spacing w:line="240" w:lineRule="auto"/>
      </w:pPr>
      <w:r>
        <w:continuation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fldSimple w:instr=" PAGE ">
      <w:r>
        <w:t>1</w:t>
      </w:r>
    </w:fldSimple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78711566">
    <w:abstractNumId w:val="8"/>
  </w:num>
  <w:num w:numId="2" w16cid:durableId="208955930">
    <w:abstractNumId w:val="6"/>
  </w:num>
  <w:num w:numId="3" w16cid:durableId="800617831">
    <w:abstractNumId w:val="5"/>
  </w:num>
  <w:num w:numId="4" w16cid:durableId="532501296">
    <w:abstractNumId w:val="4"/>
  </w:num>
  <w:num w:numId="5" w16cid:durableId="261763335">
    <w:abstractNumId w:val="7"/>
  </w:num>
  <w:num w:numId="6" w16cid:durableId="925958937">
    <w:abstractNumId w:val="3"/>
  </w:num>
  <w:num w:numId="7" w16cid:durableId="626469973">
    <w:abstractNumId w:val="2"/>
  </w:num>
  <w:num w:numId="8" w16cid:durableId="324668423">
    <w:abstractNumId w:val="1"/>
  </w:num>
  <w:num w:numId="9" w16cid:durableId="2022394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7568"/>
    <w:rsid w:val="0001796E"/>
    <w:rsid w:val="00034616"/>
    <w:rsid w:val="0006063C"/>
    <w:rsid w:val="00134E0B"/>
    <w:rsid w:val="0015074B"/>
    <w:rsid w:val="00155A20"/>
    <w:rsid w:val="00222FC9"/>
    <w:rsid w:val="0029639D"/>
    <w:rsid w:val="002A2D4B"/>
    <w:rsid w:val="002E2A94"/>
    <w:rsid w:val="0030395D"/>
    <w:rsid w:val="00326F90"/>
    <w:rsid w:val="003B1444"/>
    <w:rsid w:val="004111B0"/>
    <w:rsid w:val="004332C4"/>
    <w:rsid w:val="004B6700"/>
    <w:rsid w:val="00574C92"/>
    <w:rsid w:val="00590AEC"/>
    <w:rsid w:val="00603B56"/>
    <w:rsid w:val="00693B4B"/>
    <w:rsid w:val="006F71DA"/>
    <w:rsid w:val="00764219"/>
    <w:rsid w:val="00780372"/>
    <w:rsid w:val="007D476B"/>
    <w:rsid w:val="008A6954"/>
    <w:rsid w:val="00911CA1"/>
    <w:rsid w:val="00932C6D"/>
    <w:rsid w:val="00996C29"/>
    <w:rsid w:val="00AA1D8D"/>
    <w:rsid w:val="00AD21FC"/>
    <w:rsid w:val="00B033F0"/>
    <w:rsid w:val="00B47730"/>
    <w:rsid w:val="00B550ED"/>
    <w:rsid w:val="00CB0664"/>
    <w:rsid w:val="00D8632E"/>
    <w:rsid w:val="00E11A4D"/>
    <w:rsid w:val="00E7072B"/>
    <w:rsid w:val="00ED69E0"/>
    <w:rsid w:val="00F42441"/>
    <w:rsid w:val="00F8684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3B2218"/>
  <w14:defaultImageDpi w14:val="300"/>
  <w15:docId w15:val="{2F2F1101-EBA3-47DA-9C5A-89FACF809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360" w:lineRule="auto"/>
      <w:jc w:val="both"/>
    </w:pPr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360" w:lineRule="auto"/>
      <w:jc w:val="center"/>
      <w:outlineLvl w:val="0"/>
    </w:pPr>
    <w:rPr>
      <w:rFonts w:ascii="Times New Roman" w:hAnsi="Times New Roman" w:cs="Times New Roman" w:eastAsia="Times New Roman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360" w:lineRule="auto"/>
      <w:jc w:val="left"/>
      <w:outlineLvl w:val="1"/>
    </w:pPr>
    <w:rPr>
      <w:rFonts w:ascii="Times New Roman" w:hAnsi="Times New Roman" w:cs="Times New Roman" w:eastAsia="Times New Roman"/>
      <w:b/>
      <w:bCs/>
      <w:color w:val="00000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0" w:line="360" w:lineRule="auto"/>
      <w:jc w:val="left"/>
      <w:outlineLvl w:val="2"/>
    </w:pPr>
    <w:rPr>
      <w:rFonts w:ascii="Times New Roman" w:hAnsi="Times New Roman" w:cs="Times New Roman" w:eastAsia="Times New Roman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0" w:after="0" w:line="360" w:lineRule="auto"/>
      <w:outlineLvl w:val="3"/>
    </w:pPr>
    <w:rPr>
      <w:rFonts w:ascii="Times New Roman" w:hAnsi="Times New Roman" w:cs="Times New Roman" w:eastAsia="Times New Roman"/>
      <w:b/>
      <w:bCs/>
      <w:i/>
      <w:iCs/>
      <w:color w:val="00000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before="0" w:after="0" w:line="240" w:lineRule="auto"/>
      <w:jc w:val="center"/>
    </w:pPr>
    <w:rPr>
      <w:rFonts w:ascii="Times New Roman" w:hAnsi="Times New Roman" w:cs="Times New Roman" w:eastAsia="Times New Roman"/>
      <w:b/>
      <w:bCs/>
      <w:color w:val="000000"/>
      <w:sz w:val="22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780372"/>
    <w:pPr>
      <w:tabs>
        <w:tab w:val="left" w:pos="851"/>
        <w:tab w:val="left" w:pos="7655"/>
        <w:tab w:val="right" w:leader="dot" w:pos="7938"/>
      </w:tabs>
      <w:spacing w:line="360" w:lineRule="auto"/>
      <w:ind w:right="-143"/>
    </w:pPr>
  </w:style>
  <w:style w:type="paragraph" w:styleId="TOC2">
    <w:name w:val="toc 2"/>
    <w:basedOn w:val="Normal"/>
    <w:next w:val="Normal"/>
    <w:autoRedefine/>
    <w:uiPriority w:val="39"/>
    <w:unhideWhenUsed/>
    <w:rsid w:val="00780372"/>
    <w:pPr>
      <w:tabs>
        <w:tab w:val="right" w:leader="dot" w:pos="7797"/>
      </w:tabs>
      <w:spacing w:line="360" w:lineRule="auto"/>
      <w:ind w:left="851"/>
    </w:pPr>
  </w:style>
  <w:style w:type="paragraph" w:styleId="TOC3">
    <w:name w:val="toc 3"/>
    <w:basedOn w:val="Normal"/>
    <w:next w:val="Normal"/>
    <w:autoRedefine/>
    <w:uiPriority w:val="39"/>
    <w:unhideWhenUsed/>
    <w:rsid w:val="0030395D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30395D"/>
    <w:rPr>
      <w:color w:val="0000FF" w:themeColor="hyperlink"/>
      <w:u w:val="single"/>
    </w:rPr>
  </w:style>
  <w:style w:type="paragraph" w:customStyle="1" w:styleId="TeksIsi">
    <w:name w:val="Teks Isi"/>
    <w:basedOn w:val="Normal"/>
    <w:qFormat/>
    <w:pPr>
      <w:spacing w:line="360" w:lineRule="auto"/>
      <w:ind w:firstLine="720"/>
    </w:pPr>
  </w:style>
  <w:style w:type="paragraph" w:customStyle="1" w:styleId="JudulTabel">
    <w:name w:val="Judul Tabel"/>
    <w:basedOn w:val="Caption"/>
    <w:qFormat/>
    <w:pPr>
      <w:keepNext/>
    </w:pPr>
  </w:style>
  <w:style w:type="paragraph" w:customStyle="1" w:styleId="EntriPustaka">
    <w:name w:val="Entri Pustaka"/>
    <w:basedOn w:val="Normal"/>
    <w:qFormat/>
    <w:pPr>
      <w:spacing w:line="360" w:lineRule="auto"/>
      <w:ind w:left="720" w:hanging="72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1.xml"/><Relationship Id="rId14" Type="http://schemas.openxmlformats.org/officeDocument/2006/relationships/footer" Target="footer3.xml"/><Relationship Id="rId15" Type="http://schemas.openxmlformats.org/officeDocument/2006/relationships/header" Target="header2.xml"/><Relationship Id="rId16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Tugas Akhir - Teknik Informatika</dc:title>
  <dc:subject/>
  <dc:creator>python-docx</dc:creator>
  <cp:keywords/>
  <dc:description/>
  <cp:lastModifiedBy>USER</cp:lastModifiedBy>
  <cp:revision>27</cp:revision>
  <dcterms:created xsi:type="dcterms:W3CDTF">2013-12-23T23:15:00Z</dcterms:created>
  <dcterms:modified xsi:type="dcterms:W3CDTF">2026-09-26T03:46:00Z</dcterms:modified>
  <cp:category/>
</cp:coreProperties>
</file>